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F2740" w14:textId="77777777" w:rsidR="00210346" w:rsidRPr="00815DF9" w:rsidRDefault="00210346" w:rsidP="00210346">
      <w:pPr>
        <w:numPr>
          <w:ilvl w:val="0"/>
          <w:numId w:val="11"/>
        </w:numPr>
        <w:spacing w:after="5" w:line="259" w:lineRule="auto"/>
        <w:ind w:hanging="571"/>
        <w:rPr>
          <w:rFonts w:asciiTheme="majorHAnsi" w:hAnsiTheme="majorHAnsi" w:cstheme="majorHAnsi"/>
        </w:rPr>
      </w:pPr>
      <w:r w:rsidRPr="00815DF9">
        <w:rPr>
          <w:rFonts w:asciiTheme="majorHAnsi" w:eastAsia="Calibri" w:hAnsiTheme="majorHAnsi" w:cstheme="majorHAnsi"/>
          <w:b/>
        </w:rPr>
        <w:t xml:space="preserve">Introduction: </w:t>
      </w:r>
      <w:r w:rsidRPr="00815DF9">
        <w:rPr>
          <w:rFonts w:asciiTheme="majorHAnsi" w:eastAsia="Calibri" w:hAnsiTheme="majorHAnsi" w:cstheme="majorHAnsi"/>
        </w:rPr>
        <w:t xml:space="preserve"> </w:t>
      </w:r>
    </w:p>
    <w:p w14:paraId="7F81B32A" w14:textId="1A1C0F19"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The Council receives requests for grants and donations from a variety of organisations and the aim of the Policy is to encourage and support activities and projects which will benefit the Parish of </w:t>
      </w:r>
      <w:r w:rsidR="00AB63D1" w:rsidRPr="00815DF9">
        <w:rPr>
          <w:rFonts w:asciiTheme="majorHAnsi" w:hAnsiTheme="majorHAnsi" w:cstheme="majorHAnsi"/>
        </w:rPr>
        <w:t>Worth Matravers</w:t>
      </w:r>
      <w:r w:rsidRPr="00815DF9">
        <w:rPr>
          <w:rFonts w:asciiTheme="majorHAnsi" w:hAnsiTheme="majorHAnsi" w:cstheme="majorHAnsi"/>
        </w:rPr>
        <w:t xml:space="preserve">. </w:t>
      </w:r>
      <w:r w:rsidRPr="00815DF9">
        <w:rPr>
          <w:rFonts w:asciiTheme="majorHAnsi" w:eastAsia="Calibri" w:hAnsiTheme="majorHAnsi" w:cstheme="majorHAnsi"/>
        </w:rPr>
        <w:t xml:space="preserve"> </w:t>
      </w:r>
    </w:p>
    <w:p w14:paraId="2DC34832" w14:textId="417BE46F"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You can apply for any amount. For a small grant the value is up to £500 and a large grant is £501 plus. </w:t>
      </w:r>
    </w:p>
    <w:p w14:paraId="37B57C68" w14:textId="77777777" w:rsidR="00210346" w:rsidRPr="00815DF9" w:rsidRDefault="00210346" w:rsidP="00210346">
      <w:pPr>
        <w:numPr>
          <w:ilvl w:val="0"/>
          <w:numId w:val="11"/>
        </w:numPr>
        <w:spacing w:after="5" w:line="259" w:lineRule="auto"/>
        <w:ind w:hanging="571"/>
        <w:rPr>
          <w:rFonts w:asciiTheme="majorHAnsi" w:hAnsiTheme="majorHAnsi" w:cstheme="majorHAnsi"/>
        </w:rPr>
      </w:pPr>
      <w:r w:rsidRPr="00815DF9">
        <w:rPr>
          <w:rFonts w:asciiTheme="majorHAnsi" w:eastAsia="Calibri" w:hAnsiTheme="majorHAnsi" w:cstheme="majorHAnsi"/>
          <w:b/>
        </w:rPr>
        <w:t xml:space="preserve">Definitions  </w:t>
      </w:r>
      <w:r w:rsidRPr="00815DF9">
        <w:rPr>
          <w:rFonts w:asciiTheme="majorHAnsi" w:eastAsia="Calibri" w:hAnsiTheme="majorHAnsi" w:cstheme="majorHAnsi"/>
        </w:rPr>
        <w:t xml:space="preserve"> </w:t>
      </w:r>
    </w:p>
    <w:p w14:paraId="48727E3E"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A grant is awarded for a particular defined project and is applied for using the Grant Application Form. For small grant applications (£500 or under) see Appendix A. For large grant applications (£501 +) see Appendix B </w:t>
      </w:r>
      <w:r w:rsidRPr="00815DF9">
        <w:rPr>
          <w:rFonts w:asciiTheme="majorHAnsi" w:eastAsia="Calibri" w:hAnsiTheme="majorHAnsi" w:cstheme="majorHAnsi"/>
        </w:rPr>
        <w:t xml:space="preserve"> </w:t>
      </w:r>
    </w:p>
    <w:p w14:paraId="6B61EFE8"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A donation is awarded for general purposes however must have significant benefit to the community.  </w:t>
      </w:r>
      <w:r w:rsidRPr="00815DF9">
        <w:rPr>
          <w:rFonts w:asciiTheme="majorHAnsi" w:eastAsia="Calibri" w:hAnsiTheme="majorHAnsi" w:cstheme="majorHAnsi"/>
        </w:rPr>
        <w:t xml:space="preserve"> </w:t>
      </w:r>
    </w:p>
    <w:p w14:paraId="273D79E4" w14:textId="77777777" w:rsidR="00210346" w:rsidRPr="00815DF9" w:rsidRDefault="00210346" w:rsidP="00210346">
      <w:pPr>
        <w:numPr>
          <w:ilvl w:val="0"/>
          <w:numId w:val="11"/>
        </w:numPr>
        <w:spacing w:after="5" w:line="259" w:lineRule="auto"/>
        <w:ind w:hanging="571"/>
        <w:rPr>
          <w:rFonts w:asciiTheme="majorHAnsi" w:hAnsiTheme="majorHAnsi" w:cstheme="majorHAnsi"/>
        </w:rPr>
      </w:pPr>
      <w:r w:rsidRPr="00815DF9">
        <w:rPr>
          <w:rFonts w:asciiTheme="majorHAnsi" w:eastAsia="Calibri" w:hAnsiTheme="majorHAnsi" w:cstheme="majorHAnsi"/>
          <w:b/>
        </w:rPr>
        <w:t xml:space="preserve">Power  </w:t>
      </w:r>
      <w:r w:rsidRPr="00815DF9">
        <w:rPr>
          <w:rFonts w:asciiTheme="majorHAnsi" w:eastAsia="Calibri" w:hAnsiTheme="majorHAnsi" w:cstheme="majorHAnsi"/>
        </w:rPr>
        <w:t xml:space="preserve"> </w:t>
      </w:r>
    </w:p>
    <w:p w14:paraId="7C79D4CD" w14:textId="77777777" w:rsidR="00210346" w:rsidRPr="00815DF9" w:rsidRDefault="00210346" w:rsidP="00AB63D1">
      <w:pPr>
        <w:numPr>
          <w:ilvl w:val="1"/>
          <w:numId w:val="11"/>
        </w:numPr>
        <w:spacing w:after="120" w:line="236" w:lineRule="auto"/>
        <w:ind w:left="567" w:hanging="571"/>
        <w:rPr>
          <w:rFonts w:asciiTheme="majorHAnsi" w:hAnsiTheme="majorHAnsi" w:cstheme="majorHAnsi"/>
        </w:rPr>
      </w:pPr>
      <w:r w:rsidRPr="00815DF9">
        <w:rPr>
          <w:rFonts w:asciiTheme="majorHAnsi" w:hAnsiTheme="majorHAnsi" w:cstheme="majorHAnsi"/>
        </w:rPr>
        <w:t>General Power of Competence: The Localism Act 2011 s1</w:t>
      </w:r>
      <w:r w:rsidRPr="00815DF9">
        <w:rPr>
          <w:rFonts w:asciiTheme="majorHAnsi" w:eastAsia="Calibri" w:hAnsiTheme="majorHAnsi" w:cstheme="majorHAnsi"/>
          <w:b/>
        </w:rPr>
        <w:t xml:space="preserve"> </w:t>
      </w:r>
      <w:r w:rsidRPr="00815DF9">
        <w:rPr>
          <w:rFonts w:asciiTheme="majorHAnsi" w:hAnsiTheme="majorHAnsi" w:cstheme="majorHAnsi"/>
        </w:rPr>
        <w:t xml:space="preserve">p1 provides that a local authority has power to do anything that individuals generally may do. “Local authority” is defined in s8 of the Localism Act 2011. A parish council must be “eligible” for the General Power of Competence by meeting the conditions prescribed by the Secretary of State. </w:t>
      </w:r>
      <w:r w:rsidRPr="00815DF9">
        <w:rPr>
          <w:rFonts w:asciiTheme="majorHAnsi" w:eastAsia="Calibri" w:hAnsiTheme="majorHAnsi" w:cstheme="majorHAnsi"/>
        </w:rPr>
        <w:t xml:space="preserve"> </w:t>
      </w:r>
    </w:p>
    <w:p w14:paraId="68E5A66B" w14:textId="0A75BC1C" w:rsidR="00210346" w:rsidRPr="00815DF9" w:rsidRDefault="00AB63D1" w:rsidP="00210346">
      <w:pPr>
        <w:ind w:left="581"/>
        <w:rPr>
          <w:rFonts w:asciiTheme="majorHAnsi" w:hAnsiTheme="majorHAnsi" w:cstheme="majorHAnsi"/>
        </w:rPr>
      </w:pPr>
      <w:r w:rsidRPr="00815DF9">
        <w:rPr>
          <w:rFonts w:asciiTheme="majorHAnsi" w:hAnsiTheme="majorHAnsi" w:cstheme="majorHAnsi"/>
        </w:rPr>
        <w:t>Worth Matravers</w:t>
      </w:r>
      <w:r w:rsidR="00210346" w:rsidRPr="00815DF9">
        <w:rPr>
          <w:rFonts w:asciiTheme="majorHAnsi" w:hAnsiTheme="majorHAnsi" w:cstheme="majorHAnsi"/>
        </w:rPr>
        <w:t xml:space="preserve"> Parish Council </w:t>
      </w:r>
      <w:r w:rsidRPr="00815DF9">
        <w:rPr>
          <w:rFonts w:asciiTheme="majorHAnsi" w:hAnsiTheme="majorHAnsi" w:cstheme="majorHAnsi"/>
        </w:rPr>
        <w:t>is</w:t>
      </w:r>
      <w:r w:rsidR="00210346" w:rsidRPr="00815DF9">
        <w:rPr>
          <w:rFonts w:asciiTheme="majorHAnsi" w:hAnsiTheme="majorHAnsi" w:cstheme="majorHAnsi"/>
        </w:rPr>
        <w:t xml:space="preserve"> currently an eligible council to exercise the General Power of Competence (GPC).  </w:t>
      </w:r>
      <w:r w:rsidR="00210346" w:rsidRPr="00815DF9">
        <w:rPr>
          <w:rFonts w:asciiTheme="majorHAnsi" w:eastAsia="Calibri" w:hAnsiTheme="majorHAnsi" w:cstheme="majorHAnsi"/>
        </w:rPr>
        <w:t xml:space="preserve"> </w:t>
      </w:r>
    </w:p>
    <w:p w14:paraId="4D2E5114"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Local councils in England without the General Power of Competence can rely upon general powers to act and spend money, including the provision of funds (grants) to other organisations or bodies, unless they are restricted from doing so. There is no restriction on a grant level awarded using a power such as the Local Government Act 1972 s145 p1(b), which enables a local council to contribute towards objectives such as the expenses of providing a theatre.  </w:t>
      </w:r>
      <w:r w:rsidRPr="00815DF9">
        <w:rPr>
          <w:rFonts w:asciiTheme="majorHAnsi" w:eastAsia="Calibri" w:hAnsiTheme="majorHAnsi" w:cstheme="majorHAnsi"/>
        </w:rPr>
        <w:t xml:space="preserve"> </w:t>
      </w:r>
    </w:p>
    <w:p w14:paraId="04E94FED"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Section 137 of the Local Government Act 1972 is the power of last resort. If no general power is available a Parish Council may still award a grant to other organisations or bodies under this provision. A restriction as noted in the Local Government Act s137 p1 requires that such expenditure “…..is in the interests of, and will bring direct benefit to, their area or any part of it or all or some of its inhabitants….”  </w:t>
      </w:r>
      <w:r w:rsidRPr="00815DF9">
        <w:rPr>
          <w:rFonts w:asciiTheme="majorHAnsi" w:eastAsia="Calibri" w:hAnsiTheme="majorHAnsi" w:cstheme="majorHAnsi"/>
        </w:rPr>
        <w:t xml:space="preserve"> </w:t>
      </w:r>
    </w:p>
    <w:p w14:paraId="05ABDA8B" w14:textId="77777777" w:rsidR="00210346" w:rsidRPr="00815DF9" w:rsidRDefault="00210346" w:rsidP="00AB63D1">
      <w:pPr>
        <w:numPr>
          <w:ilvl w:val="1"/>
          <w:numId w:val="11"/>
        </w:numPr>
        <w:spacing w:after="105" w:line="248" w:lineRule="auto"/>
        <w:ind w:left="567" w:hanging="571"/>
        <w:rPr>
          <w:rFonts w:asciiTheme="majorHAnsi" w:hAnsiTheme="majorHAnsi" w:cstheme="majorHAnsi"/>
        </w:rPr>
      </w:pPr>
      <w:r w:rsidRPr="00815DF9">
        <w:rPr>
          <w:rFonts w:asciiTheme="majorHAnsi" w:hAnsiTheme="majorHAnsi" w:cstheme="majorHAnsi"/>
        </w:rPr>
        <w:t xml:space="preserve">The normal use to which this power is applied by local Councils is to provide funding to local organisations, </w:t>
      </w:r>
      <w:r w:rsidRPr="00815DF9">
        <w:rPr>
          <w:rFonts w:asciiTheme="majorHAnsi" w:eastAsia="Calibri" w:hAnsiTheme="majorHAnsi" w:cstheme="majorHAnsi"/>
        </w:rPr>
        <w:t xml:space="preserve"> </w:t>
      </w:r>
    </w:p>
    <w:p w14:paraId="2CEBB6C0" w14:textId="77777777" w:rsidR="00210346" w:rsidRPr="00815DF9" w:rsidRDefault="00210346" w:rsidP="00210346">
      <w:pPr>
        <w:ind w:left="581"/>
        <w:rPr>
          <w:rFonts w:asciiTheme="majorHAnsi" w:hAnsiTheme="majorHAnsi" w:cstheme="majorHAnsi"/>
        </w:rPr>
      </w:pPr>
      <w:r w:rsidRPr="00815DF9">
        <w:rPr>
          <w:rFonts w:asciiTheme="majorHAnsi" w:hAnsiTheme="majorHAnsi" w:cstheme="majorHAnsi"/>
        </w:rPr>
        <w:t xml:space="preserve">e.g. Pre-School Groups, Scout Groups, Senior Citizens Groups etc. but clearly, one of the most important restrictions is that a grant cannot be made to an individual for their own use, no matter what use and how good a cause that use may be.  </w:t>
      </w:r>
      <w:r w:rsidRPr="00815DF9">
        <w:rPr>
          <w:rFonts w:asciiTheme="majorHAnsi" w:eastAsia="Calibri" w:hAnsiTheme="majorHAnsi" w:cstheme="majorHAnsi"/>
        </w:rPr>
        <w:t xml:space="preserve"> </w:t>
      </w:r>
    </w:p>
    <w:p w14:paraId="3B299D14" w14:textId="2FCF7051" w:rsidR="00210346" w:rsidRPr="00815DF9" w:rsidRDefault="00210346" w:rsidP="00210346">
      <w:pPr>
        <w:numPr>
          <w:ilvl w:val="1"/>
          <w:numId w:val="11"/>
        </w:numPr>
        <w:spacing w:after="141" w:line="248" w:lineRule="auto"/>
        <w:ind w:left="556" w:hanging="571"/>
        <w:rPr>
          <w:rFonts w:asciiTheme="majorHAnsi" w:hAnsiTheme="majorHAnsi" w:cstheme="majorHAnsi"/>
        </w:rPr>
      </w:pPr>
      <w:r w:rsidRPr="00815DF9">
        <w:rPr>
          <w:rFonts w:asciiTheme="majorHAnsi" w:hAnsiTheme="majorHAnsi" w:cstheme="majorHAnsi"/>
        </w:rPr>
        <w:t>Section 137 p4(a) of the Local Government Act 1972 for Parish Councils in England states “The expenditure of a local authority under this section in any financial year shall not exceed the amount produced by multiplying: (a)such sum as is for the time being appropriate to the authority under [F5</w:t>
      </w:r>
      <w:r w:rsidR="001F56A5" w:rsidRPr="00815DF9">
        <w:rPr>
          <w:rFonts w:asciiTheme="majorHAnsi" w:hAnsiTheme="majorHAnsi" w:cstheme="majorHAnsi"/>
        </w:rPr>
        <w:t xml:space="preserve"> </w:t>
      </w:r>
      <w:r w:rsidRPr="00815DF9">
        <w:rPr>
          <w:rFonts w:asciiTheme="majorHAnsi" w:hAnsiTheme="majorHAnsi" w:cstheme="majorHAnsi"/>
        </w:rPr>
        <w:t xml:space="preserve">Schedule 12B to this Act], by (b)the relevant population of the authority’s area.” </w:t>
      </w:r>
      <w:r w:rsidRPr="00815DF9">
        <w:rPr>
          <w:rFonts w:asciiTheme="majorHAnsi" w:eastAsia="Calibri" w:hAnsiTheme="majorHAnsi" w:cstheme="majorHAnsi"/>
        </w:rPr>
        <w:t xml:space="preserve"> </w:t>
      </w:r>
    </w:p>
    <w:p w14:paraId="467BECBF" w14:textId="04061AED" w:rsidR="00210346" w:rsidRPr="00815DF9" w:rsidRDefault="00210346" w:rsidP="00AB63D1">
      <w:pPr>
        <w:numPr>
          <w:ilvl w:val="1"/>
          <w:numId w:val="11"/>
        </w:numPr>
        <w:spacing w:after="154" w:line="236" w:lineRule="auto"/>
        <w:ind w:left="567" w:hanging="571"/>
        <w:rPr>
          <w:rFonts w:asciiTheme="majorHAnsi" w:hAnsiTheme="majorHAnsi" w:cstheme="majorHAnsi"/>
        </w:rPr>
      </w:pPr>
      <w:r w:rsidRPr="00815DF9">
        <w:rPr>
          <w:rFonts w:asciiTheme="majorHAnsi" w:hAnsiTheme="majorHAnsi" w:cstheme="majorHAnsi"/>
        </w:rPr>
        <w:t xml:space="preserve">The Department for Levelling Up, Housing and Communities advised that the appropriate sum for the purpose of section 137(4)(a) of the Local Government Act 1972 for parish and town councils in England for </w:t>
      </w:r>
      <w:r w:rsidRPr="00815DF9">
        <w:rPr>
          <w:rFonts w:asciiTheme="majorHAnsi" w:eastAsia="Calibri" w:hAnsiTheme="majorHAnsi" w:cstheme="majorHAnsi"/>
          <w:b/>
        </w:rPr>
        <w:t>202</w:t>
      </w:r>
      <w:r w:rsidR="008639BC">
        <w:rPr>
          <w:rFonts w:asciiTheme="majorHAnsi" w:eastAsia="Calibri" w:hAnsiTheme="majorHAnsi" w:cstheme="majorHAnsi"/>
          <w:b/>
        </w:rPr>
        <w:t>5</w:t>
      </w:r>
      <w:r w:rsidRPr="00815DF9">
        <w:rPr>
          <w:rFonts w:asciiTheme="majorHAnsi" w:eastAsia="Calibri" w:hAnsiTheme="majorHAnsi" w:cstheme="majorHAnsi"/>
          <w:b/>
        </w:rPr>
        <w:t>-2</w:t>
      </w:r>
      <w:r w:rsidR="008639BC">
        <w:rPr>
          <w:rFonts w:asciiTheme="majorHAnsi" w:eastAsia="Calibri" w:hAnsiTheme="majorHAnsi" w:cstheme="majorHAnsi"/>
          <w:b/>
        </w:rPr>
        <w:t>6</w:t>
      </w:r>
      <w:r w:rsidRPr="00815DF9">
        <w:rPr>
          <w:rFonts w:asciiTheme="majorHAnsi" w:eastAsia="Calibri" w:hAnsiTheme="majorHAnsi" w:cstheme="majorHAnsi"/>
          <w:b/>
        </w:rPr>
        <w:t xml:space="preserve"> is £1</w:t>
      </w:r>
      <w:r w:rsidR="001F56A5" w:rsidRPr="00815DF9">
        <w:rPr>
          <w:rFonts w:asciiTheme="majorHAnsi" w:eastAsia="Calibri" w:hAnsiTheme="majorHAnsi" w:cstheme="majorHAnsi"/>
          <w:b/>
        </w:rPr>
        <w:t>1.10</w:t>
      </w:r>
      <w:r w:rsidRPr="00815DF9">
        <w:rPr>
          <w:rFonts w:asciiTheme="majorHAnsi" w:hAnsiTheme="majorHAnsi" w:cstheme="majorHAnsi"/>
        </w:rPr>
        <w:t xml:space="preserve"> per elector. This calculation is the largest annual amount the Parish Council can distribute using Section 137 powers. </w:t>
      </w:r>
      <w:r w:rsidRPr="00815DF9">
        <w:rPr>
          <w:rFonts w:asciiTheme="majorHAnsi" w:eastAsia="Calibri" w:hAnsiTheme="majorHAnsi" w:cstheme="majorHAnsi"/>
        </w:rPr>
        <w:t xml:space="preserve"> </w:t>
      </w:r>
    </w:p>
    <w:p w14:paraId="1B36251E"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S.137 cannot be used by a local council in England that is eligible to exercise the General Power of Competence except to donate money to certain charities and appeals (section 137(3)). </w:t>
      </w:r>
      <w:r w:rsidRPr="00815DF9">
        <w:rPr>
          <w:rFonts w:asciiTheme="majorHAnsi" w:eastAsia="Calibri" w:hAnsiTheme="majorHAnsi" w:cstheme="majorHAnsi"/>
        </w:rPr>
        <w:t xml:space="preserve"> </w:t>
      </w:r>
    </w:p>
    <w:p w14:paraId="7C230157" w14:textId="77777777" w:rsidR="001F56A5" w:rsidRDefault="001F56A5" w:rsidP="001F56A5">
      <w:pPr>
        <w:spacing w:after="141" w:line="248" w:lineRule="auto"/>
        <w:ind w:left="567"/>
        <w:rPr>
          <w:rFonts w:asciiTheme="majorHAnsi" w:hAnsiTheme="majorHAnsi" w:cstheme="majorHAnsi"/>
        </w:rPr>
      </w:pPr>
    </w:p>
    <w:p w14:paraId="5EBA9A2F" w14:textId="77777777" w:rsidR="00815DF9" w:rsidRDefault="00815DF9" w:rsidP="001F56A5">
      <w:pPr>
        <w:spacing w:after="141" w:line="248" w:lineRule="auto"/>
        <w:ind w:left="567"/>
        <w:rPr>
          <w:rFonts w:asciiTheme="majorHAnsi" w:hAnsiTheme="majorHAnsi" w:cstheme="majorHAnsi"/>
        </w:rPr>
      </w:pPr>
    </w:p>
    <w:p w14:paraId="3E5C9181" w14:textId="77777777" w:rsidR="0030194C" w:rsidRDefault="0030194C" w:rsidP="001F56A5">
      <w:pPr>
        <w:spacing w:after="141" w:line="248" w:lineRule="auto"/>
        <w:ind w:left="567"/>
        <w:rPr>
          <w:rFonts w:asciiTheme="majorHAnsi" w:hAnsiTheme="majorHAnsi" w:cstheme="majorHAnsi"/>
        </w:rPr>
      </w:pPr>
    </w:p>
    <w:p w14:paraId="376A90F4" w14:textId="77777777" w:rsidR="0030194C" w:rsidRPr="00815DF9" w:rsidRDefault="0030194C" w:rsidP="001F56A5">
      <w:pPr>
        <w:spacing w:after="141" w:line="248" w:lineRule="auto"/>
        <w:ind w:left="567"/>
        <w:rPr>
          <w:rFonts w:asciiTheme="majorHAnsi" w:hAnsiTheme="majorHAnsi" w:cstheme="majorHAnsi"/>
        </w:rPr>
      </w:pPr>
    </w:p>
    <w:p w14:paraId="073ABF8D" w14:textId="77777777" w:rsidR="00210346" w:rsidRPr="00815DF9" w:rsidRDefault="00210346" w:rsidP="00210346">
      <w:pPr>
        <w:numPr>
          <w:ilvl w:val="0"/>
          <w:numId w:val="11"/>
        </w:numPr>
        <w:spacing w:after="5" w:line="259" w:lineRule="auto"/>
        <w:ind w:hanging="571"/>
        <w:rPr>
          <w:rFonts w:asciiTheme="majorHAnsi" w:hAnsiTheme="majorHAnsi" w:cstheme="majorHAnsi"/>
        </w:rPr>
      </w:pPr>
      <w:r w:rsidRPr="00815DF9">
        <w:rPr>
          <w:rFonts w:asciiTheme="majorHAnsi" w:eastAsia="Calibri" w:hAnsiTheme="majorHAnsi" w:cstheme="majorHAnsi"/>
          <w:b/>
        </w:rPr>
        <w:lastRenderedPageBreak/>
        <w:t xml:space="preserve">Availability:  </w:t>
      </w:r>
      <w:r w:rsidRPr="00815DF9">
        <w:rPr>
          <w:rFonts w:asciiTheme="majorHAnsi" w:eastAsia="Calibri" w:hAnsiTheme="majorHAnsi" w:cstheme="majorHAnsi"/>
        </w:rPr>
        <w:t xml:space="preserve"> </w:t>
      </w:r>
    </w:p>
    <w:p w14:paraId="73D33AEB" w14:textId="77777777" w:rsidR="00210346" w:rsidRPr="00815DF9" w:rsidRDefault="00210346" w:rsidP="00AB63D1">
      <w:pPr>
        <w:numPr>
          <w:ilvl w:val="1"/>
          <w:numId w:val="11"/>
        </w:numPr>
        <w:spacing w:after="154" w:line="236" w:lineRule="auto"/>
        <w:ind w:left="567" w:hanging="571"/>
        <w:rPr>
          <w:rFonts w:asciiTheme="majorHAnsi" w:hAnsiTheme="majorHAnsi" w:cstheme="majorHAnsi"/>
        </w:rPr>
      </w:pPr>
      <w:r w:rsidRPr="00815DF9">
        <w:rPr>
          <w:rFonts w:asciiTheme="majorHAnsi" w:hAnsiTheme="majorHAnsi" w:cstheme="majorHAnsi"/>
        </w:rPr>
        <w:t xml:space="preserve">Grants are entirely discretionary and depend on the availability of funds. There are many factors which can change the amount of funding (if any) that could be used for grants. Also, each year is a separate process (and may use different assessment criteria) and so no previous history of funding should be taken as an indication of future funding. </w:t>
      </w:r>
      <w:r w:rsidRPr="00815DF9">
        <w:rPr>
          <w:rFonts w:asciiTheme="majorHAnsi" w:eastAsia="Calibri" w:hAnsiTheme="majorHAnsi" w:cstheme="majorHAnsi"/>
        </w:rPr>
        <w:t xml:space="preserve"> </w:t>
      </w:r>
    </w:p>
    <w:p w14:paraId="09883A24" w14:textId="77777777" w:rsidR="00210346" w:rsidRPr="00815DF9" w:rsidRDefault="00210346" w:rsidP="00210346">
      <w:pPr>
        <w:numPr>
          <w:ilvl w:val="0"/>
          <w:numId w:val="11"/>
        </w:numPr>
        <w:spacing w:after="5" w:line="259" w:lineRule="auto"/>
        <w:ind w:hanging="571"/>
        <w:rPr>
          <w:rFonts w:asciiTheme="majorHAnsi" w:hAnsiTheme="majorHAnsi" w:cstheme="majorHAnsi"/>
        </w:rPr>
      </w:pPr>
      <w:r w:rsidRPr="00815DF9">
        <w:rPr>
          <w:rFonts w:asciiTheme="majorHAnsi" w:eastAsia="Calibri" w:hAnsiTheme="majorHAnsi" w:cstheme="majorHAnsi"/>
          <w:b/>
        </w:rPr>
        <w:t xml:space="preserve">Objectives:  </w:t>
      </w:r>
      <w:r w:rsidRPr="00815DF9">
        <w:rPr>
          <w:rFonts w:asciiTheme="majorHAnsi" w:eastAsia="Calibri" w:hAnsiTheme="majorHAnsi" w:cstheme="majorHAnsi"/>
        </w:rPr>
        <w:t xml:space="preserve"> </w:t>
      </w:r>
    </w:p>
    <w:p w14:paraId="4A2B38CA" w14:textId="7DF9FDDC"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The Council is committed, through this policy, to promote </w:t>
      </w:r>
      <w:r w:rsidR="001F56A5" w:rsidRPr="00815DF9">
        <w:rPr>
          <w:rFonts w:asciiTheme="majorHAnsi" w:hAnsiTheme="majorHAnsi" w:cstheme="majorHAnsi"/>
        </w:rPr>
        <w:t xml:space="preserve">Harmans Cross and Worth Matravers </w:t>
      </w:r>
      <w:r w:rsidRPr="00815DF9">
        <w:rPr>
          <w:rFonts w:asciiTheme="majorHAnsi" w:hAnsiTheme="majorHAnsi" w:cstheme="majorHAnsi"/>
        </w:rPr>
        <w:t xml:space="preserve">as vibrant, active, and sustainable communities, and contribute to the development of projects and activities (including services) that benefit that community. In doing so, the Council is aware of its responsibility for the use of public funds and for the distribution of these funds to be managed following the law and proper standards. </w:t>
      </w:r>
      <w:r w:rsidRPr="00815DF9">
        <w:rPr>
          <w:rFonts w:asciiTheme="majorHAnsi" w:eastAsia="Calibri" w:hAnsiTheme="majorHAnsi" w:cstheme="majorHAnsi"/>
        </w:rPr>
        <w:t xml:space="preserve"> </w:t>
      </w:r>
    </w:p>
    <w:p w14:paraId="772E82AF" w14:textId="77777777" w:rsidR="00210346" w:rsidRPr="00815DF9" w:rsidRDefault="00210346" w:rsidP="00210346">
      <w:pPr>
        <w:numPr>
          <w:ilvl w:val="0"/>
          <w:numId w:val="11"/>
        </w:numPr>
        <w:spacing w:after="5" w:line="259" w:lineRule="auto"/>
        <w:ind w:hanging="571"/>
        <w:rPr>
          <w:rFonts w:asciiTheme="majorHAnsi" w:hAnsiTheme="majorHAnsi" w:cstheme="majorHAnsi"/>
        </w:rPr>
      </w:pPr>
      <w:r w:rsidRPr="00815DF9">
        <w:rPr>
          <w:rFonts w:asciiTheme="majorHAnsi" w:eastAsia="Calibri" w:hAnsiTheme="majorHAnsi" w:cstheme="majorHAnsi"/>
          <w:b/>
        </w:rPr>
        <w:t xml:space="preserve">Grant application rules and criteria </w:t>
      </w:r>
      <w:r w:rsidRPr="00815DF9">
        <w:rPr>
          <w:rFonts w:asciiTheme="majorHAnsi" w:eastAsia="Calibri" w:hAnsiTheme="majorHAnsi" w:cstheme="majorHAnsi"/>
        </w:rPr>
        <w:t xml:space="preserve"> </w:t>
      </w:r>
    </w:p>
    <w:p w14:paraId="4E586397"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Applicants do not have to live in the Parish, but the point of delivery must be based within the Parish or be supporting members of the community to engage in activities based outside the Parish. </w:t>
      </w:r>
      <w:r w:rsidRPr="00815DF9">
        <w:rPr>
          <w:rFonts w:asciiTheme="majorHAnsi" w:eastAsia="Calibri" w:hAnsiTheme="majorHAnsi" w:cstheme="majorHAnsi"/>
        </w:rPr>
        <w:t xml:space="preserve"> </w:t>
      </w:r>
    </w:p>
    <w:p w14:paraId="2FF186FA" w14:textId="77777777" w:rsidR="00210346" w:rsidRPr="00815DF9" w:rsidRDefault="00210346" w:rsidP="00AB63D1">
      <w:pPr>
        <w:numPr>
          <w:ilvl w:val="1"/>
          <w:numId w:val="11"/>
        </w:numPr>
        <w:spacing w:after="90" w:line="248" w:lineRule="auto"/>
        <w:ind w:left="567" w:hanging="571"/>
        <w:rPr>
          <w:rFonts w:asciiTheme="majorHAnsi" w:hAnsiTheme="majorHAnsi" w:cstheme="majorHAnsi"/>
        </w:rPr>
      </w:pPr>
      <w:r w:rsidRPr="00815DF9">
        <w:rPr>
          <w:rFonts w:asciiTheme="majorHAnsi" w:hAnsiTheme="majorHAnsi" w:cstheme="majorHAnsi"/>
        </w:rPr>
        <w:t xml:space="preserve">The following are not eligible to apply for grants.  </w:t>
      </w:r>
      <w:r w:rsidRPr="00815DF9">
        <w:rPr>
          <w:rFonts w:asciiTheme="majorHAnsi" w:eastAsia="Calibri" w:hAnsiTheme="majorHAnsi" w:cstheme="majorHAnsi"/>
        </w:rPr>
        <w:t xml:space="preserve"> </w:t>
      </w:r>
    </w:p>
    <w:p w14:paraId="5FD3E69B" w14:textId="77777777" w:rsidR="00210346" w:rsidRPr="00815DF9" w:rsidRDefault="00210346" w:rsidP="00AB63D1">
      <w:pPr>
        <w:numPr>
          <w:ilvl w:val="2"/>
          <w:numId w:val="11"/>
        </w:numPr>
        <w:spacing w:after="105" w:line="248" w:lineRule="auto"/>
        <w:ind w:left="851" w:hanging="225"/>
        <w:rPr>
          <w:rFonts w:asciiTheme="majorHAnsi" w:hAnsiTheme="majorHAnsi" w:cstheme="majorHAnsi"/>
        </w:rPr>
      </w:pPr>
      <w:r w:rsidRPr="00815DF9">
        <w:rPr>
          <w:rFonts w:asciiTheme="majorHAnsi" w:hAnsiTheme="majorHAnsi" w:cstheme="majorHAnsi"/>
        </w:rPr>
        <w:t xml:space="preserve">Individuals, businesses, commercial organisations, religious groups, or political parties.  </w:t>
      </w:r>
      <w:r w:rsidRPr="00815DF9">
        <w:rPr>
          <w:rFonts w:asciiTheme="majorHAnsi" w:eastAsia="Calibri" w:hAnsiTheme="majorHAnsi" w:cstheme="majorHAnsi"/>
        </w:rPr>
        <w:t xml:space="preserve"> </w:t>
      </w:r>
    </w:p>
    <w:p w14:paraId="5F42B494" w14:textId="77777777" w:rsidR="00210346" w:rsidRPr="00815DF9" w:rsidRDefault="00210346" w:rsidP="00AB63D1">
      <w:pPr>
        <w:numPr>
          <w:ilvl w:val="2"/>
          <w:numId w:val="11"/>
        </w:numPr>
        <w:spacing w:after="104" w:line="248" w:lineRule="auto"/>
        <w:ind w:left="851" w:hanging="225"/>
        <w:rPr>
          <w:rFonts w:asciiTheme="majorHAnsi" w:hAnsiTheme="majorHAnsi" w:cstheme="majorHAnsi"/>
        </w:rPr>
      </w:pPr>
      <w:r w:rsidRPr="00815DF9">
        <w:rPr>
          <w:rFonts w:asciiTheme="majorHAnsi" w:hAnsiTheme="majorHAnsi" w:cstheme="majorHAnsi"/>
        </w:rPr>
        <w:t xml:space="preserve">Projects that are the statutory responsibility of other authorities.  </w:t>
      </w:r>
      <w:r w:rsidRPr="00815DF9">
        <w:rPr>
          <w:rFonts w:asciiTheme="majorHAnsi" w:eastAsia="Calibri" w:hAnsiTheme="majorHAnsi" w:cstheme="majorHAnsi"/>
        </w:rPr>
        <w:t xml:space="preserve"> </w:t>
      </w:r>
    </w:p>
    <w:p w14:paraId="1D167DAA" w14:textId="77777777" w:rsidR="00210346" w:rsidRPr="00815DF9" w:rsidRDefault="00210346" w:rsidP="00AB63D1">
      <w:pPr>
        <w:numPr>
          <w:ilvl w:val="2"/>
          <w:numId w:val="11"/>
        </w:numPr>
        <w:spacing w:after="105" w:line="248" w:lineRule="auto"/>
        <w:ind w:left="851" w:hanging="225"/>
        <w:rPr>
          <w:rFonts w:asciiTheme="majorHAnsi" w:hAnsiTheme="majorHAnsi" w:cstheme="majorHAnsi"/>
        </w:rPr>
      </w:pPr>
      <w:r w:rsidRPr="00815DF9">
        <w:rPr>
          <w:rFonts w:asciiTheme="majorHAnsi" w:hAnsiTheme="majorHAnsi" w:cstheme="majorHAnsi"/>
        </w:rPr>
        <w:t xml:space="preserve">Applicants who have an outstanding loan with or are financially indebted to the Council. </w:t>
      </w:r>
      <w:r w:rsidRPr="00815DF9">
        <w:rPr>
          <w:rFonts w:asciiTheme="majorHAnsi" w:eastAsia="Calibri" w:hAnsiTheme="majorHAnsi" w:cstheme="majorHAnsi"/>
        </w:rPr>
        <w:t xml:space="preserve"> </w:t>
      </w:r>
    </w:p>
    <w:p w14:paraId="02DFABD1" w14:textId="77777777" w:rsidR="00210346" w:rsidRPr="00815DF9" w:rsidRDefault="00210346" w:rsidP="00AB63D1">
      <w:pPr>
        <w:numPr>
          <w:ilvl w:val="2"/>
          <w:numId w:val="11"/>
        </w:numPr>
        <w:spacing w:after="141" w:line="248" w:lineRule="auto"/>
        <w:ind w:left="851" w:hanging="225"/>
        <w:rPr>
          <w:rFonts w:asciiTheme="majorHAnsi" w:hAnsiTheme="majorHAnsi" w:cstheme="majorHAnsi"/>
        </w:rPr>
      </w:pPr>
      <w:r w:rsidRPr="00815DF9">
        <w:rPr>
          <w:rFonts w:asciiTheme="majorHAnsi" w:hAnsiTheme="majorHAnsi" w:cstheme="majorHAnsi"/>
        </w:rPr>
        <w:t xml:space="preserve">“Upward funders” i.e. local groups where fund-raising is sent to a central HQ for redistribution.  </w:t>
      </w:r>
      <w:r w:rsidRPr="00815DF9">
        <w:rPr>
          <w:rFonts w:asciiTheme="majorHAnsi" w:eastAsia="Calibri" w:hAnsiTheme="majorHAnsi" w:cstheme="majorHAnsi"/>
        </w:rPr>
        <w:t xml:space="preserve"> </w:t>
      </w:r>
    </w:p>
    <w:p w14:paraId="59CF2839" w14:textId="77777777" w:rsidR="00210346" w:rsidRPr="00815DF9" w:rsidRDefault="00210346" w:rsidP="00AB63D1">
      <w:pPr>
        <w:numPr>
          <w:ilvl w:val="1"/>
          <w:numId w:val="11"/>
        </w:numPr>
        <w:spacing w:after="154" w:line="236" w:lineRule="auto"/>
        <w:ind w:left="567" w:hanging="571"/>
        <w:rPr>
          <w:rFonts w:asciiTheme="majorHAnsi" w:hAnsiTheme="majorHAnsi" w:cstheme="majorHAnsi"/>
        </w:rPr>
      </w:pPr>
      <w:r w:rsidRPr="00815DF9">
        <w:rPr>
          <w:rFonts w:asciiTheme="majorHAnsi" w:hAnsiTheme="majorHAnsi" w:cstheme="majorHAnsi"/>
        </w:rPr>
        <w:t xml:space="preserve">All applications for grants must complete the Council’s application form, and send them to the Council Clerk, who shall arrange for those applications which meet the Council’s criteria to be considered at the next Parish Council meeting.  </w:t>
      </w:r>
      <w:r w:rsidRPr="00815DF9">
        <w:rPr>
          <w:rFonts w:asciiTheme="majorHAnsi" w:eastAsia="Calibri" w:hAnsiTheme="majorHAnsi" w:cstheme="majorHAnsi"/>
        </w:rPr>
        <w:t xml:space="preserve"> </w:t>
      </w:r>
    </w:p>
    <w:p w14:paraId="7B46EE7E"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Applications must be made in the name of the organisation requesting financial aid, with all details on the application form completed. </w:t>
      </w:r>
      <w:r w:rsidRPr="00815DF9">
        <w:rPr>
          <w:rFonts w:asciiTheme="majorHAnsi" w:eastAsia="Calibri" w:hAnsiTheme="majorHAnsi" w:cstheme="majorHAnsi"/>
        </w:rPr>
        <w:t xml:space="preserve"> </w:t>
      </w:r>
    </w:p>
    <w:p w14:paraId="6B385C2B"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Grants cannot be awarded after the relevant event or project has been completed. </w:t>
      </w:r>
      <w:r w:rsidRPr="00815DF9">
        <w:rPr>
          <w:rFonts w:asciiTheme="majorHAnsi" w:eastAsia="Calibri" w:hAnsiTheme="majorHAnsi" w:cstheme="majorHAnsi"/>
        </w:rPr>
        <w:t xml:space="preserve"> </w:t>
      </w:r>
    </w:p>
    <w:p w14:paraId="6C34DC53"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GDPR: By completing the application form, applicants consent to their personal details being held and made available for Parish Council deliberations. </w:t>
      </w:r>
      <w:r w:rsidRPr="00815DF9">
        <w:rPr>
          <w:rFonts w:asciiTheme="majorHAnsi" w:eastAsia="Calibri" w:hAnsiTheme="majorHAnsi" w:cstheme="majorHAnsi"/>
        </w:rPr>
        <w:t xml:space="preserve"> </w:t>
      </w:r>
    </w:p>
    <w:p w14:paraId="42F53BFC"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A grant made by the Council is a payment to be used by an organisation for a specific purpose in the furtherance of the well-being of the local community, where that purpose is not directly controlled or administered by the Council. </w:t>
      </w:r>
      <w:r w:rsidRPr="00815DF9">
        <w:rPr>
          <w:rFonts w:asciiTheme="majorHAnsi" w:eastAsia="Calibri" w:hAnsiTheme="majorHAnsi" w:cstheme="majorHAnsi"/>
        </w:rPr>
        <w:t xml:space="preserve"> </w:t>
      </w:r>
    </w:p>
    <w:p w14:paraId="550B18AC"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The Council sets aside an annual fixed amount for grants and donations. Once the fixed amount has been used then any further applications will not be considered until the following fiscal year. However, should there be extenuating circumstances, the Council may consider and agree to use money from its reserves to meet any grant request. </w:t>
      </w:r>
      <w:r w:rsidRPr="00815DF9">
        <w:rPr>
          <w:rFonts w:asciiTheme="majorHAnsi" w:eastAsia="Calibri" w:hAnsiTheme="majorHAnsi" w:cstheme="majorHAnsi"/>
        </w:rPr>
        <w:t xml:space="preserve"> </w:t>
      </w:r>
    </w:p>
    <w:p w14:paraId="25BE6E6E"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The administration and accounting for any grant or donation is the responsibility of the recipient. </w:t>
      </w:r>
      <w:r w:rsidRPr="00815DF9">
        <w:rPr>
          <w:rFonts w:asciiTheme="majorHAnsi" w:eastAsia="Calibri" w:hAnsiTheme="majorHAnsi" w:cstheme="majorHAnsi"/>
        </w:rPr>
        <w:t xml:space="preserve"> </w:t>
      </w:r>
    </w:p>
    <w:p w14:paraId="159F33AD"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Only one grant will be awarded to any group or organisation, or for any particular purpose, in a fiscal year (1st April to 31st March), unless there are exceptional circumstances. </w:t>
      </w:r>
      <w:r w:rsidRPr="00815DF9">
        <w:rPr>
          <w:rFonts w:asciiTheme="majorHAnsi" w:eastAsia="Calibri" w:hAnsiTheme="majorHAnsi" w:cstheme="majorHAnsi"/>
        </w:rPr>
        <w:t xml:space="preserve"> </w:t>
      </w:r>
    </w:p>
    <w:p w14:paraId="178E32CA"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The Council will consider the amount and frequency of previous awards to ensure fair distribution. </w:t>
      </w:r>
      <w:r w:rsidRPr="00815DF9">
        <w:rPr>
          <w:rFonts w:asciiTheme="majorHAnsi" w:eastAsia="Calibri" w:hAnsiTheme="majorHAnsi" w:cstheme="majorHAnsi"/>
        </w:rPr>
        <w:t xml:space="preserve"> </w:t>
      </w:r>
    </w:p>
    <w:p w14:paraId="453F390A"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The Council may impose conditions on awards, such as requiring invoices or photographic evidence of project completion. </w:t>
      </w:r>
      <w:r w:rsidRPr="00815DF9">
        <w:rPr>
          <w:rFonts w:asciiTheme="majorHAnsi" w:eastAsia="Calibri" w:hAnsiTheme="majorHAnsi" w:cstheme="majorHAnsi"/>
        </w:rPr>
        <w:t xml:space="preserve"> </w:t>
      </w:r>
    </w:p>
    <w:p w14:paraId="257BFD51"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The Council reserves the right to reclaim any grant not used for the specified purpose.  </w:t>
      </w:r>
      <w:r w:rsidRPr="00815DF9">
        <w:rPr>
          <w:rFonts w:asciiTheme="majorHAnsi" w:eastAsia="Calibri" w:hAnsiTheme="majorHAnsi" w:cstheme="majorHAnsi"/>
        </w:rPr>
        <w:t xml:space="preserve"> </w:t>
      </w:r>
    </w:p>
    <w:p w14:paraId="20B1C73F" w14:textId="77777777" w:rsidR="00210346" w:rsidRPr="00815DF9" w:rsidRDefault="00210346" w:rsidP="00AB63D1">
      <w:pPr>
        <w:numPr>
          <w:ilvl w:val="1"/>
          <w:numId w:val="11"/>
        </w:numPr>
        <w:spacing w:after="154" w:line="236" w:lineRule="auto"/>
        <w:ind w:left="567" w:hanging="571"/>
        <w:rPr>
          <w:rFonts w:asciiTheme="majorHAnsi" w:hAnsiTheme="majorHAnsi" w:cstheme="majorHAnsi"/>
        </w:rPr>
      </w:pPr>
      <w:r w:rsidRPr="00815DF9">
        <w:rPr>
          <w:rFonts w:asciiTheme="majorHAnsi" w:hAnsiTheme="majorHAnsi" w:cstheme="majorHAnsi"/>
        </w:rPr>
        <w:lastRenderedPageBreak/>
        <w:t xml:space="preserve">Applications will be assessed on merit and the benefits to the local community. Applicants must provide as much information as possible, along with all required supporting documents. Incomplete applications will not be processed.  </w:t>
      </w:r>
      <w:r w:rsidRPr="00815DF9">
        <w:rPr>
          <w:rFonts w:asciiTheme="majorHAnsi" w:eastAsia="Calibri" w:hAnsiTheme="majorHAnsi" w:cstheme="majorHAnsi"/>
        </w:rPr>
        <w:t xml:space="preserve"> </w:t>
      </w:r>
    </w:p>
    <w:p w14:paraId="5F3585EA"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All applications will be considered on their individual merits. The full Council has the final decision on application assessments and grant amounts.  </w:t>
      </w:r>
      <w:r w:rsidRPr="00815DF9">
        <w:rPr>
          <w:rFonts w:asciiTheme="majorHAnsi" w:eastAsia="Calibri" w:hAnsiTheme="majorHAnsi" w:cstheme="majorHAnsi"/>
        </w:rPr>
        <w:t xml:space="preserve"> </w:t>
      </w:r>
    </w:p>
    <w:p w14:paraId="235F4D88"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The Council may award a different grant amount than requested, based on policy considerations.  </w:t>
      </w:r>
      <w:r w:rsidRPr="00815DF9">
        <w:rPr>
          <w:rFonts w:asciiTheme="majorHAnsi" w:eastAsia="Calibri" w:hAnsiTheme="majorHAnsi" w:cstheme="majorHAnsi"/>
        </w:rPr>
        <w:t xml:space="preserve"> </w:t>
      </w:r>
    </w:p>
    <w:p w14:paraId="1A2E26FC"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Grants will be judged against clear and consistent criteria, and the successful applicants may be required to adhere to a number of conditions outlined in this policy.  </w:t>
      </w:r>
      <w:r w:rsidRPr="00815DF9">
        <w:rPr>
          <w:rFonts w:asciiTheme="majorHAnsi" w:eastAsia="Calibri" w:hAnsiTheme="majorHAnsi" w:cstheme="majorHAnsi"/>
        </w:rPr>
        <w:t xml:space="preserve"> </w:t>
      </w:r>
    </w:p>
    <w:p w14:paraId="779A5D72"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The Council’s decision on any application is final and there is no right of appeal. </w:t>
      </w:r>
      <w:r w:rsidRPr="00815DF9">
        <w:rPr>
          <w:rFonts w:asciiTheme="majorHAnsi" w:eastAsia="Calibri" w:hAnsiTheme="majorHAnsi" w:cstheme="majorHAnsi"/>
        </w:rPr>
        <w:t xml:space="preserve"> </w:t>
      </w:r>
    </w:p>
    <w:p w14:paraId="77FFDEB0"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The Council reserves the right to decline any application without giving reasons for its decision.  </w:t>
      </w:r>
      <w:r w:rsidRPr="00815DF9">
        <w:rPr>
          <w:rFonts w:asciiTheme="majorHAnsi" w:eastAsia="Calibri" w:hAnsiTheme="majorHAnsi" w:cstheme="majorHAnsi"/>
        </w:rPr>
        <w:t xml:space="preserve"> </w:t>
      </w:r>
    </w:p>
    <w:p w14:paraId="2E0F04F1"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The Council will not commit to any continuing expenditure. </w:t>
      </w:r>
      <w:r w:rsidRPr="00815DF9">
        <w:rPr>
          <w:rFonts w:asciiTheme="majorHAnsi" w:eastAsia="Calibri" w:hAnsiTheme="majorHAnsi" w:cstheme="majorHAnsi"/>
        </w:rPr>
        <w:t xml:space="preserve"> </w:t>
      </w:r>
    </w:p>
    <w:p w14:paraId="113D66E6"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If a Council Member is part of an organisation applying for funding, they must declare an interest and abstain from voting, in accordance with the Code of Conduct. Advice may be sought from the Monitoring Officer. </w:t>
      </w:r>
      <w:r w:rsidRPr="00815DF9">
        <w:rPr>
          <w:rFonts w:asciiTheme="majorHAnsi" w:eastAsia="Calibri" w:hAnsiTheme="majorHAnsi" w:cstheme="majorHAnsi"/>
        </w:rPr>
        <w:t xml:space="preserve"> </w:t>
      </w:r>
    </w:p>
    <w:p w14:paraId="7BA134C2" w14:textId="77777777" w:rsidR="00210346" w:rsidRPr="00815DF9" w:rsidRDefault="00210346" w:rsidP="00210346">
      <w:pPr>
        <w:numPr>
          <w:ilvl w:val="0"/>
          <w:numId w:val="11"/>
        </w:numPr>
        <w:spacing w:after="5" w:line="259" w:lineRule="auto"/>
        <w:ind w:hanging="571"/>
        <w:rPr>
          <w:rFonts w:asciiTheme="majorHAnsi" w:hAnsiTheme="majorHAnsi" w:cstheme="majorHAnsi"/>
        </w:rPr>
      </w:pPr>
      <w:r w:rsidRPr="00815DF9">
        <w:rPr>
          <w:rFonts w:asciiTheme="majorHAnsi" w:eastAsia="Calibri" w:hAnsiTheme="majorHAnsi" w:cstheme="majorHAnsi"/>
          <w:b/>
        </w:rPr>
        <w:t xml:space="preserve">Documentation requirements.  </w:t>
      </w:r>
      <w:r w:rsidRPr="00815DF9">
        <w:rPr>
          <w:rFonts w:asciiTheme="majorHAnsi" w:eastAsia="Calibri" w:hAnsiTheme="majorHAnsi" w:cstheme="majorHAnsi"/>
        </w:rPr>
        <w:t xml:space="preserve"> </w:t>
      </w:r>
    </w:p>
    <w:p w14:paraId="7271E0F2" w14:textId="77777777" w:rsidR="00210346" w:rsidRPr="00815DF9" w:rsidRDefault="00210346" w:rsidP="00210346">
      <w:pPr>
        <w:spacing w:after="5" w:line="259" w:lineRule="auto"/>
        <w:ind w:left="581"/>
        <w:rPr>
          <w:rFonts w:asciiTheme="majorHAnsi" w:hAnsiTheme="majorHAnsi" w:cstheme="majorHAnsi"/>
        </w:rPr>
      </w:pPr>
      <w:r w:rsidRPr="00815DF9">
        <w:rPr>
          <w:rFonts w:asciiTheme="majorHAnsi" w:eastAsia="Calibri" w:hAnsiTheme="majorHAnsi" w:cstheme="majorHAnsi"/>
          <w:b/>
        </w:rPr>
        <w:t xml:space="preserve">For all grant applications:  </w:t>
      </w:r>
      <w:r w:rsidRPr="00815DF9">
        <w:rPr>
          <w:rFonts w:asciiTheme="majorHAnsi" w:eastAsia="Calibri" w:hAnsiTheme="majorHAnsi" w:cstheme="majorHAnsi"/>
        </w:rPr>
        <w:t xml:space="preserve"> </w:t>
      </w:r>
    </w:p>
    <w:p w14:paraId="15CFA877"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A written statement of how the grant is to be used.  </w:t>
      </w:r>
      <w:r w:rsidRPr="00815DF9">
        <w:rPr>
          <w:rFonts w:asciiTheme="majorHAnsi" w:eastAsia="Calibri" w:hAnsiTheme="majorHAnsi" w:cstheme="majorHAnsi"/>
        </w:rPr>
        <w:t xml:space="preserve"> </w:t>
      </w:r>
    </w:p>
    <w:p w14:paraId="5A7E9D25"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A copy of the organisation's written rules, constitution, or other governing document must be provided with the application. These documents shall be current and properly authorised.  </w:t>
      </w:r>
      <w:r w:rsidRPr="00815DF9">
        <w:rPr>
          <w:rFonts w:asciiTheme="majorHAnsi" w:eastAsia="Calibri" w:hAnsiTheme="majorHAnsi" w:cstheme="majorHAnsi"/>
        </w:rPr>
        <w:t xml:space="preserve"> </w:t>
      </w:r>
    </w:p>
    <w:p w14:paraId="465F6BF5"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A copy of their latest annual accounts/latest bank statement/balance sheet OR (for new groups) an income and expenditure plan for their first year of operation. </w:t>
      </w:r>
      <w:r w:rsidRPr="00815DF9">
        <w:rPr>
          <w:rFonts w:asciiTheme="majorHAnsi" w:eastAsia="Calibri" w:hAnsiTheme="majorHAnsi" w:cstheme="majorHAnsi"/>
        </w:rPr>
        <w:t xml:space="preserve"> </w:t>
      </w:r>
    </w:p>
    <w:p w14:paraId="55BD75D6" w14:textId="77777777" w:rsidR="00210346" w:rsidRPr="00815DF9" w:rsidRDefault="00210346" w:rsidP="00AB63D1">
      <w:pPr>
        <w:numPr>
          <w:ilvl w:val="1"/>
          <w:numId w:val="11"/>
        </w:numPr>
        <w:spacing w:after="104" w:line="248" w:lineRule="auto"/>
        <w:ind w:left="567" w:hanging="571"/>
        <w:rPr>
          <w:rFonts w:asciiTheme="majorHAnsi" w:hAnsiTheme="majorHAnsi" w:cstheme="majorHAnsi"/>
        </w:rPr>
      </w:pPr>
      <w:r w:rsidRPr="00815DF9">
        <w:rPr>
          <w:rFonts w:asciiTheme="majorHAnsi" w:hAnsiTheme="majorHAnsi" w:cstheme="majorHAnsi"/>
        </w:rPr>
        <w:t xml:space="preserve">A copy of the organisation’s Public Liability Insurance to the value of at least £1 million. </w:t>
      </w:r>
      <w:r w:rsidRPr="00815DF9">
        <w:rPr>
          <w:rFonts w:asciiTheme="majorHAnsi" w:eastAsia="Calibri" w:hAnsiTheme="majorHAnsi" w:cstheme="majorHAnsi"/>
        </w:rPr>
        <w:t xml:space="preserve"> </w:t>
      </w:r>
    </w:p>
    <w:p w14:paraId="605E78CB" w14:textId="77777777" w:rsidR="00210346" w:rsidRPr="00815DF9" w:rsidRDefault="00210346" w:rsidP="00210346">
      <w:pPr>
        <w:spacing w:after="5" w:line="259" w:lineRule="auto"/>
        <w:ind w:left="581"/>
        <w:rPr>
          <w:rFonts w:asciiTheme="majorHAnsi" w:hAnsiTheme="majorHAnsi" w:cstheme="majorHAnsi"/>
        </w:rPr>
      </w:pPr>
      <w:r w:rsidRPr="00815DF9">
        <w:rPr>
          <w:rFonts w:asciiTheme="majorHAnsi" w:eastAsia="Calibri" w:hAnsiTheme="majorHAnsi" w:cstheme="majorHAnsi"/>
          <w:b/>
        </w:rPr>
        <w:t xml:space="preserve">For grant applications equal to or greater than £500 the following must ALSO be supplied.  </w:t>
      </w:r>
      <w:r w:rsidRPr="00815DF9">
        <w:rPr>
          <w:rFonts w:asciiTheme="majorHAnsi" w:eastAsia="Calibri" w:hAnsiTheme="majorHAnsi" w:cstheme="majorHAnsi"/>
        </w:rPr>
        <w:t xml:space="preserve"> </w:t>
      </w:r>
    </w:p>
    <w:p w14:paraId="234CECB9"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Details of a bank account held in the name of the applicant organisation requiring at least two signatures.  </w:t>
      </w:r>
      <w:r w:rsidRPr="00815DF9">
        <w:rPr>
          <w:rFonts w:asciiTheme="majorHAnsi" w:eastAsia="Calibri" w:hAnsiTheme="majorHAnsi" w:cstheme="majorHAnsi"/>
        </w:rPr>
        <w:t xml:space="preserve"> </w:t>
      </w:r>
    </w:p>
    <w:p w14:paraId="59223B0A"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The accounts of the organisation for a period of one fiscal year prior to the date of application, and indicate expenditure, income, assets, and liabilities, together with funding obtained from other partner bodies if appropriate.  </w:t>
      </w:r>
      <w:r w:rsidRPr="00815DF9">
        <w:rPr>
          <w:rFonts w:asciiTheme="majorHAnsi" w:eastAsia="Calibri" w:hAnsiTheme="majorHAnsi" w:cstheme="majorHAnsi"/>
        </w:rPr>
        <w:t xml:space="preserve"> </w:t>
      </w:r>
    </w:p>
    <w:p w14:paraId="113FD390"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An Equality and/or Equal Opportunities policy (this policy may be contained within their constitution or other governing document).  </w:t>
      </w:r>
      <w:r w:rsidRPr="00815DF9">
        <w:rPr>
          <w:rFonts w:asciiTheme="majorHAnsi" w:eastAsia="Calibri" w:hAnsiTheme="majorHAnsi" w:cstheme="majorHAnsi"/>
        </w:rPr>
        <w:t xml:space="preserve"> </w:t>
      </w:r>
    </w:p>
    <w:p w14:paraId="58A4087D"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A policy to ensure the safeguarding of children or vulnerable adults (where appropriate).  </w:t>
      </w:r>
      <w:r w:rsidRPr="00815DF9">
        <w:rPr>
          <w:rFonts w:asciiTheme="majorHAnsi" w:eastAsia="Calibri" w:hAnsiTheme="majorHAnsi" w:cstheme="majorHAnsi"/>
        </w:rPr>
        <w:t xml:space="preserve"> </w:t>
      </w:r>
    </w:p>
    <w:p w14:paraId="27E680B3"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Details of how the organisation will evaluate the effectiveness of the activity or project (section included on the application form). </w:t>
      </w:r>
      <w:r w:rsidRPr="00815DF9">
        <w:rPr>
          <w:rFonts w:asciiTheme="majorHAnsi" w:eastAsia="Calibri" w:hAnsiTheme="majorHAnsi" w:cstheme="majorHAnsi"/>
        </w:rPr>
        <w:t xml:space="preserve"> </w:t>
      </w:r>
    </w:p>
    <w:p w14:paraId="50E40BF9" w14:textId="77777777" w:rsidR="00210346" w:rsidRPr="00815DF9" w:rsidRDefault="00210346" w:rsidP="00210346">
      <w:pPr>
        <w:numPr>
          <w:ilvl w:val="0"/>
          <w:numId w:val="11"/>
        </w:numPr>
        <w:spacing w:after="5" w:line="259" w:lineRule="auto"/>
        <w:ind w:hanging="571"/>
        <w:rPr>
          <w:rFonts w:asciiTheme="majorHAnsi" w:hAnsiTheme="majorHAnsi" w:cstheme="majorHAnsi"/>
        </w:rPr>
      </w:pPr>
      <w:r w:rsidRPr="00815DF9">
        <w:rPr>
          <w:rFonts w:asciiTheme="majorHAnsi" w:eastAsia="Calibri" w:hAnsiTheme="majorHAnsi" w:cstheme="majorHAnsi"/>
          <w:b/>
        </w:rPr>
        <w:t xml:space="preserve">Conditions </w:t>
      </w:r>
      <w:r w:rsidRPr="00815DF9">
        <w:rPr>
          <w:rFonts w:asciiTheme="majorHAnsi" w:eastAsia="Calibri" w:hAnsiTheme="majorHAnsi" w:cstheme="majorHAnsi"/>
        </w:rPr>
        <w:t xml:space="preserve"> </w:t>
      </w:r>
    </w:p>
    <w:p w14:paraId="57AC2B18"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The Parish Council will assess applications with reference to the number of Parishioners likely to benefit. </w:t>
      </w:r>
      <w:r w:rsidRPr="00815DF9">
        <w:rPr>
          <w:rFonts w:asciiTheme="majorHAnsi" w:eastAsia="Calibri" w:hAnsiTheme="majorHAnsi" w:cstheme="majorHAnsi"/>
        </w:rPr>
        <w:t xml:space="preserve"> </w:t>
      </w:r>
    </w:p>
    <w:p w14:paraId="02FE172E" w14:textId="77777777" w:rsidR="00210346" w:rsidRPr="00815DF9" w:rsidRDefault="00210346" w:rsidP="00AB63D1">
      <w:pPr>
        <w:numPr>
          <w:ilvl w:val="1"/>
          <w:numId w:val="11"/>
        </w:numPr>
        <w:spacing w:after="154" w:line="236" w:lineRule="auto"/>
        <w:ind w:left="567" w:hanging="571"/>
        <w:rPr>
          <w:rFonts w:asciiTheme="majorHAnsi" w:hAnsiTheme="majorHAnsi" w:cstheme="majorHAnsi"/>
        </w:rPr>
      </w:pPr>
      <w:r w:rsidRPr="00815DF9">
        <w:rPr>
          <w:rFonts w:asciiTheme="majorHAnsi" w:hAnsiTheme="majorHAnsi" w:cstheme="majorHAnsi"/>
        </w:rPr>
        <w:t xml:space="preserve">The grant or donations shall be used only for the stated purpose otherwise the monies shall be returned to the Council, except where the Council’s prior written consent has been given for the funds to be used for another purpose.  </w:t>
      </w:r>
      <w:r w:rsidRPr="00815DF9">
        <w:rPr>
          <w:rFonts w:asciiTheme="majorHAnsi" w:eastAsia="Calibri" w:hAnsiTheme="majorHAnsi" w:cstheme="majorHAnsi"/>
        </w:rPr>
        <w:t xml:space="preserve"> </w:t>
      </w:r>
    </w:p>
    <w:p w14:paraId="68CC02EB"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The Council request that applicants provide written feedback explaining how the grant has benefited their group or organisation.  </w:t>
      </w:r>
      <w:r w:rsidRPr="00815DF9">
        <w:rPr>
          <w:rFonts w:asciiTheme="majorHAnsi" w:eastAsia="Calibri" w:hAnsiTheme="majorHAnsi" w:cstheme="majorHAnsi"/>
        </w:rPr>
        <w:t xml:space="preserve"> </w:t>
      </w:r>
    </w:p>
    <w:p w14:paraId="7598EEF3" w14:textId="77777777" w:rsidR="00210346" w:rsidRPr="00815DF9" w:rsidRDefault="00210346" w:rsidP="00AB63D1">
      <w:pPr>
        <w:numPr>
          <w:ilvl w:val="1"/>
          <w:numId w:val="11"/>
        </w:numPr>
        <w:spacing w:after="141" w:line="248" w:lineRule="auto"/>
        <w:ind w:left="567" w:hanging="571"/>
        <w:rPr>
          <w:rFonts w:asciiTheme="majorHAnsi" w:hAnsiTheme="majorHAnsi" w:cstheme="majorHAnsi"/>
        </w:rPr>
      </w:pPr>
      <w:r w:rsidRPr="00815DF9">
        <w:rPr>
          <w:rFonts w:asciiTheme="majorHAnsi" w:hAnsiTheme="majorHAnsi" w:cstheme="majorHAnsi"/>
        </w:rPr>
        <w:t xml:space="preserve">The Council reserves the right to request repayment of any grant where an applicant does not comply with these conditions. </w:t>
      </w:r>
      <w:r w:rsidRPr="00815DF9">
        <w:rPr>
          <w:rFonts w:asciiTheme="majorHAnsi" w:eastAsia="Calibri" w:hAnsiTheme="majorHAnsi" w:cstheme="majorHAnsi"/>
        </w:rPr>
        <w:t xml:space="preserve"> </w:t>
      </w:r>
    </w:p>
    <w:p w14:paraId="0713E19B" w14:textId="77777777" w:rsidR="00210346" w:rsidRPr="00815DF9" w:rsidRDefault="00210346" w:rsidP="00210346">
      <w:pPr>
        <w:numPr>
          <w:ilvl w:val="0"/>
          <w:numId w:val="11"/>
        </w:numPr>
        <w:spacing w:after="5" w:line="259" w:lineRule="auto"/>
        <w:ind w:hanging="571"/>
        <w:rPr>
          <w:rFonts w:asciiTheme="majorHAnsi" w:hAnsiTheme="majorHAnsi" w:cstheme="majorHAnsi"/>
        </w:rPr>
      </w:pPr>
      <w:r w:rsidRPr="00815DF9">
        <w:rPr>
          <w:rFonts w:asciiTheme="majorHAnsi" w:eastAsia="Calibri" w:hAnsiTheme="majorHAnsi" w:cstheme="majorHAnsi"/>
          <w:b/>
        </w:rPr>
        <w:lastRenderedPageBreak/>
        <w:t xml:space="preserve">How to apply:   </w:t>
      </w:r>
      <w:r w:rsidRPr="00815DF9">
        <w:rPr>
          <w:rFonts w:asciiTheme="majorHAnsi" w:eastAsia="Calibri" w:hAnsiTheme="majorHAnsi" w:cstheme="majorHAnsi"/>
        </w:rPr>
        <w:t xml:space="preserve"> </w:t>
      </w:r>
    </w:p>
    <w:p w14:paraId="20C2BE91" w14:textId="62704927" w:rsidR="00210346" w:rsidRPr="00815DF9" w:rsidRDefault="00210346" w:rsidP="00210346">
      <w:pPr>
        <w:ind w:left="581"/>
        <w:rPr>
          <w:rFonts w:asciiTheme="majorHAnsi" w:hAnsiTheme="majorHAnsi" w:cstheme="majorHAnsi"/>
        </w:rPr>
      </w:pPr>
      <w:r w:rsidRPr="00815DF9">
        <w:rPr>
          <w:rFonts w:asciiTheme="majorHAnsi" w:hAnsiTheme="majorHAnsi" w:cstheme="majorHAnsi"/>
        </w:rPr>
        <w:t xml:space="preserve">Applications should be made by completing an application form available </w:t>
      </w:r>
      <w:r w:rsidR="001F56A5" w:rsidRPr="00815DF9">
        <w:rPr>
          <w:rFonts w:asciiTheme="majorHAnsi" w:hAnsiTheme="majorHAnsi" w:cstheme="majorHAnsi"/>
        </w:rPr>
        <w:t xml:space="preserve">at the end of this policy. A copy  can be sent via </w:t>
      </w:r>
      <w:r w:rsidRPr="00815DF9">
        <w:rPr>
          <w:rFonts w:asciiTheme="majorHAnsi" w:hAnsiTheme="majorHAnsi" w:cstheme="majorHAnsi"/>
        </w:rPr>
        <w:t xml:space="preserve">email </w:t>
      </w:r>
      <w:r w:rsidR="001F56A5" w:rsidRPr="00815DF9">
        <w:rPr>
          <w:rFonts w:asciiTheme="majorHAnsi" w:hAnsiTheme="majorHAnsi" w:cstheme="majorHAnsi"/>
        </w:rPr>
        <w:t xml:space="preserve">on request </w:t>
      </w:r>
      <w:r w:rsidRPr="00815DF9">
        <w:rPr>
          <w:rFonts w:asciiTheme="majorHAnsi" w:hAnsiTheme="majorHAnsi" w:cstheme="majorHAnsi"/>
        </w:rPr>
        <w:t>to the Parish Clerk: Clerk@</w:t>
      </w:r>
      <w:r w:rsidR="001F56A5" w:rsidRPr="00815DF9">
        <w:rPr>
          <w:rFonts w:asciiTheme="majorHAnsi" w:hAnsiTheme="majorHAnsi" w:cstheme="majorHAnsi"/>
        </w:rPr>
        <w:t>worthmatravers</w:t>
      </w:r>
      <w:r w:rsidRPr="00815DF9">
        <w:rPr>
          <w:rFonts w:asciiTheme="majorHAnsi" w:hAnsiTheme="majorHAnsi" w:cstheme="majorHAnsi"/>
        </w:rPr>
        <w:t xml:space="preserve">parishcouncil.gov.uk </w:t>
      </w:r>
      <w:r w:rsidRPr="00815DF9">
        <w:rPr>
          <w:rFonts w:asciiTheme="majorHAnsi" w:eastAsia="Calibri" w:hAnsiTheme="majorHAnsi" w:cstheme="majorHAnsi"/>
        </w:rPr>
        <w:t xml:space="preserve"> </w:t>
      </w:r>
    </w:p>
    <w:p w14:paraId="6A15908C" w14:textId="77777777" w:rsidR="00210346" w:rsidRPr="00815DF9" w:rsidRDefault="00210346" w:rsidP="00210346">
      <w:pPr>
        <w:numPr>
          <w:ilvl w:val="0"/>
          <w:numId w:val="11"/>
        </w:numPr>
        <w:spacing w:after="5" w:line="259" w:lineRule="auto"/>
        <w:ind w:hanging="571"/>
        <w:rPr>
          <w:rFonts w:asciiTheme="majorHAnsi" w:hAnsiTheme="majorHAnsi" w:cstheme="majorHAnsi"/>
        </w:rPr>
      </w:pPr>
      <w:r w:rsidRPr="00815DF9">
        <w:rPr>
          <w:rFonts w:asciiTheme="majorHAnsi" w:eastAsia="Calibri" w:hAnsiTheme="majorHAnsi" w:cstheme="majorHAnsi"/>
          <w:b/>
        </w:rPr>
        <w:t xml:space="preserve">Successful Applications </w:t>
      </w:r>
      <w:r w:rsidRPr="00815DF9">
        <w:rPr>
          <w:rFonts w:asciiTheme="majorHAnsi" w:eastAsia="Calibri" w:hAnsiTheme="majorHAnsi" w:cstheme="majorHAnsi"/>
        </w:rPr>
        <w:t xml:space="preserve"> </w:t>
      </w:r>
    </w:p>
    <w:p w14:paraId="58573CD3" w14:textId="77777777" w:rsidR="00210346" w:rsidRPr="00815DF9" w:rsidRDefault="00210346" w:rsidP="00210346">
      <w:pPr>
        <w:spacing w:after="94" w:line="259" w:lineRule="auto"/>
        <w:ind w:right="9"/>
        <w:jc w:val="right"/>
        <w:rPr>
          <w:rFonts w:asciiTheme="majorHAnsi" w:hAnsiTheme="majorHAnsi" w:cstheme="majorHAnsi"/>
        </w:rPr>
      </w:pPr>
      <w:r w:rsidRPr="00815DF9">
        <w:rPr>
          <w:rFonts w:asciiTheme="majorHAnsi" w:hAnsiTheme="majorHAnsi" w:cstheme="majorHAnsi"/>
        </w:rPr>
        <w:t xml:space="preserve">Once a grant application has been approved, the payment of the grant shall be added to the payment schedule. </w:t>
      </w:r>
      <w:r w:rsidRPr="00815DF9">
        <w:rPr>
          <w:rFonts w:asciiTheme="majorHAnsi" w:eastAsia="Calibri" w:hAnsiTheme="majorHAnsi" w:cstheme="majorHAnsi"/>
        </w:rPr>
        <w:t xml:space="preserve"> </w:t>
      </w:r>
    </w:p>
    <w:p w14:paraId="1D76B536" w14:textId="7AB80F6A" w:rsidR="00210346" w:rsidRPr="00815DF9" w:rsidRDefault="00210346" w:rsidP="00AB63D1">
      <w:pPr>
        <w:spacing w:after="78" w:line="259" w:lineRule="auto"/>
        <w:rPr>
          <w:rFonts w:asciiTheme="majorHAnsi" w:hAnsiTheme="majorHAnsi" w:cstheme="majorHAnsi"/>
        </w:rPr>
      </w:pPr>
      <w:r w:rsidRPr="00815DF9">
        <w:rPr>
          <w:rFonts w:asciiTheme="majorHAnsi" w:hAnsiTheme="majorHAnsi" w:cstheme="majorHAnsi"/>
        </w:rPr>
        <w:t xml:space="preserve">   </w:t>
      </w:r>
      <w:r w:rsidRPr="00815DF9">
        <w:rPr>
          <w:rFonts w:asciiTheme="majorHAnsi" w:eastAsia="Calibri" w:hAnsiTheme="majorHAnsi" w:cstheme="majorHAnsi"/>
        </w:rPr>
        <w:t xml:space="preserve"> </w:t>
      </w:r>
    </w:p>
    <w:p w14:paraId="2C6A1D35" w14:textId="77777777" w:rsidR="00AB63D1" w:rsidRPr="00815DF9" w:rsidRDefault="00AB63D1">
      <w:pPr>
        <w:rPr>
          <w:rFonts w:asciiTheme="majorHAnsi" w:eastAsia="Calibri" w:hAnsiTheme="majorHAnsi" w:cstheme="majorHAnsi"/>
          <w:b/>
        </w:rPr>
      </w:pPr>
      <w:r w:rsidRPr="00815DF9">
        <w:rPr>
          <w:rFonts w:asciiTheme="majorHAnsi" w:eastAsia="Calibri" w:hAnsiTheme="majorHAnsi" w:cstheme="majorHAnsi"/>
          <w:b/>
        </w:rPr>
        <w:br w:type="page"/>
      </w:r>
    </w:p>
    <w:p w14:paraId="6E12AC62" w14:textId="0234533E" w:rsidR="00210346" w:rsidRPr="00815DF9" w:rsidRDefault="00210346" w:rsidP="00210346">
      <w:pPr>
        <w:spacing w:after="5" w:line="259" w:lineRule="auto"/>
        <w:ind w:left="-5"/>
        <w:rPr>
          <w:rFonts w:asciiTheme="majorHAnsi" w:hAnsiTheme="majorHAnsi" w:cstheme="majorHAnsi"/>
        </w:rPr>
      </w:pPr>
      <w:r w:rsidRPr="00815DF9">
        <w:rPr>
          <w:rFonts w:asciiTheme="majorHAnsi" w:eastAsia="Calibri" w:hAnsiTheme="majorHAnsi" w:cstheme="majorHAnsi"/>
          <w:b/>
        </w:rPr>
        <w:lastRenderedPageBreak/>
        <w:t xml:space="preserve">APPENDIX A – SMALL GRANT APPLICATION FORM </w:t>
      </w:r>
      <w:r w:rsidRPr="00815DF9">
        <w:rPr>
          <w:rFonts w:asciiTheme="majorHAnsi" w:eastAsia="Calibri" w:hAnsiTheme="majorHAnsi" w:cstheme="majorHAnsi"/>
        </w:rPr>
        <w:t xml:space="preserve"> </w:t>
      </w:r>
    </w:p>
    <w:p w14:paraId="5D6C2EA6" w14:textId="77777777" w:rsidR="00210346" w:rsidRPr="00815DF9" w:rsidRDefault="00210346" w:rsidP="00210346">
      <w:pPr>
        <w:spacing w:after="21"/>
        <w:ind w:left="-5"/>
        <w:rPr>
          <w:rFonts w:asciiTheme="majorHAnsi" w:hAnsiTheme="majorHAnsi" w:cstheme="majorHAnsi"/>
        </w:rPr>
      </w:pPr>
      <w:r w:rsidRPr="00815DF9">
        <w:rPr>
          <w:rFonts w:asciiTheme="majorHAnsi" w:eastAsia="Calibri" w:hAnsiTheme="majorHAnsi" w:cstheme="majorHAnsi"/>
          <w:i/>
        </w:rPr>
        <w:t xml:space="preserve">N.B.  </w:t>
      </w:r>
      <w:r w:rsidRPr="00815DF9">
        <w:rPr>
          <w:rFonts w:asciiTheme="majorHAnsi" w:eastAsia="Calibri" w:hAnsiTheme="majorHAnsi" w:cstheme="majorHAnsi"/>
        </w:rPr>
        <w:t xml:space="preserve"> </w:t>
      </w:r>
    </w:p>
    <w:p w14:paraId="1A468AAC" w14:textId="77777777" w:rsidR="00210346" w:rsidRPr="00815DF9" w:rsidRDefault="00210346" w:rsidP="00210346">
      <w:pPr>
        <w:numPr>
          <w:ilvl w:val="0"/>
          <w:numId w:val="12"/>
        </w:numPr>
        <w:spacing w:after="21" w:line="248" w:lineRule="auto"/>
        <w:ind w:hanging="571"/>
        <w:rPr>
          <w:rFonts w:asciiTheme="majorHAnsi" w:hAnsiTheme="majorHAnsi" w:cstheme="majorHAnsi"/>
        </w:rPr>
      </w:pPr>
      <w:r w:rsidRPr="00815DF9">
        <w:rPr>
          <w:rFonts w:asciiTheme="majorHAnsi" w:eastAsia="Calibri" w:hAnsiTheme="majorHAnsi" w:cstheme="majorHAnsi"/>
          <w:i/>
        </w:rPr>
        <w:t xml:space="preserve">Personal data will be redacted before this form is published.  </w:t>
      </w:r>
      <w:r w:rsidRPr="00815DF9">
        <w:rPr>
          <w:rFonts w:asciiTheme="majorHAnsi" w:eastAsia="Calibri" w:hAnsiTheme="majorHAnsi" w:cstheme="majorHAnsi"/>
        </w:rPr>
        <w:t xml:space="preserve"> </w:t>
      </w:r>
    </w:p>
    <w:p w14:paraId="1F429F56" w14:textId="77777777" w:rsidR="00210346" w:rsidRPr="00815DF9" w:rsidRDefault="00210346" w:rsidP="00210346">
      <w:pPr>
        <w:numPr>
          <w:ilvl w:val="0"/>
          <w:numId w:val="12"/>
        </w:numPr>
        <w:spacing w:after="21" w:line="248" w:lineRule="auto"/>
        <w:ind w:hanging="571"/>
        <w:rPr>
          <w:rFonts w:asciiTheme="majorHAnsi" w:hAnsiTheme="majorHAnsi" w:cstheme="majorHAnsi"/>
        </w:rPr>
      </w:pPr>
      <w:r w:rsidRPr="00815DF9">
        <w:rPr>
          <w:rFonts w:asciiTheme="majorHAnsi" w:eastAsia="Calibri" w:hAnsiTheme="majorHAnsi" w:cstheme="majorHAnsi"/>
          <w:i/>
        </w:rPr>
        <w:t xml:space="preserve">This form is for grants up to £500; for awards over this amount please use the Large Grant Form. </w:t>
      </w:r>
      <w:r w:rsidRPr="00815DF9">
        <w:rPr>
          <w:rFonts w:asciiTheme="majorHAnsi" w:eastAsia="Calibri" w:hAnsiTheme="majorHAnsi" w:cstheme="majorHAnsi"/>
        </w:rPr>
        <w:t xml:space="preserve"> </w:t>
      </w:r>
    </w:p>
    <w:p w14:paraId="59E75838" w14:textId="77777777" w:rsidR="00210346" w:rsidRPr="00815DF9" w:rsidRDefault="00210346" w:rsidP="00210346">
      <w:pPr>
        <w:numPr>
          <w:ilvl w:val="0"/>
          <w:numId w:val="12"/>
        </w:numPr>
        <w:spacing w:after="21" w:line="248" w:lineRule="auto"/>
        <w:ind w:hanging="571"/>
        <w:rPr>
          <w:rFonts w:asciiTheme="majorHAnsi" w:hAnsiTheme="majorHAnsi" w:cstheme="majorHAnsi"/>
        </w:rPr>
      </w:pPr>
      <w:r w:rsidRPr="00815DF9">
        <w:rPr>
          <w:rFonts w:asciiTheme="majorHAnsi" w:eastAsia="Calibri" w:hAnsiTheme="majorHAnsi" w:cstheme="majorHAnsi"/>
          <w:i/>
        </w:rPr>
        <w:t xml:space="preserve">To avoid delays in processing your application, please take time to read the Grant Awarding Policy before submitting your form and make sure to attach all additional information that we have requested. </w:t>
      </w:r>
      <w:r w:rsidRPr="00815DF9">
        <w:rPr>
          <w:rFonts w:asciiTheme="majorHAnsi" w:eastAsia="Calibri" w:hAnsiTheme="majorHAnsi" w:cstheme="majorHAnsi"/>
        </w:rPr>
        <w:t xml:space="preserve"> </w:t>
      </w:r>
    </w:p>
    <w:p w14:paraId="1B303C1B" w14:textId="77777777" w:rsidR="00210346" w:rsidRPr="00815DF9" w:rsidRDefault="00210346" w:rsidP="00210346">
      <w:pPr>
        <w:numPr>
          <w:ilvl w:val="0"/>
          <w:numId w:val="12"/>
        </w:numPr>
        <w:spacing w:after="169" w:line="248" w:lineRule="auto"/>
        <w:ind w:hanging="571"/>
        <w:rPr>
          <w:rFonts w:asciiTheme="majorHAnsi" w:hAnsiTheme="majorHAnsi" w:cstheme="majorHAnsi"/>
        </w:rPr>
      </w:pPr>
      <w:r w:rsidRPr="00815DF9">
        <w:rPr>
          <w:rFonts w:asciiTheme="majorHAnsi" w:eastAsia="Calibri" w:hAnsiTheme="majorHAnsi" w:cstheme="majorHAnsi"/>
          <w:i/>
        </w:rPr>
        <w:t xml:space="preserve">Please ensure your application is submitted in plenty of time: we cannot pay for project costs that you have already incurred </w:t>
      </w:r>
      <w:r w:rsidRPr="00815DF9">
        <w:rPr>
          <w:rFonts w:asciiTheme="majorHAnsi" w:eastAsia="Calibri" w:hAnsiTheme="majorHAnsi" w:cstheme="majorHAnsi"/>
        </w:rPr>
        <w:t xml:space="preserve"> </w:t>
      </w:r>
    </w:p>
    <w:p w14:paraId="247E9088" w14:textId="77777777" w:rsidR="00210346" w:rsidRPr="00815DF9" w:rsidRDefault="00210346" w:rsidP="00210346">
      <w:pPr>
        <w:spacing w:after="0" w:line="259" w:lineRule="auto"/>
        <w:ind w:left="281"/>
        <w:rPr>
          <w:rFonts w:asciiTheme="majorHAnsi" w:hAnsiTheme="majorHAnsi" w:cstheme="majorHAnsi"/>
        </w:rPr>
      </w:pPr>
      <w:r w:rsidRPr="00815DF9">
        <w:rPr>
          <w:rFonts w:asciiTheme="majorHAnsi" w:eastAsia="Calibri" w:hAnsiTheme="majorHAnsi" w:cstheme="majorHAnsi"/>
          <w:b/>
          <w:sz w:val="29"/>
        </w:rPr>
        <w:t xml:space="preserve"> Contact Details  </w:t>
      </w:r>
    </w:p>
    <w:tbl>
      <w:tblPr>
        <w:tblStyle w:val="TableGrid0"/>
        <w:tblW w:w="10333" w:type="dxa"/>
        <w:tblInd w:w="308" w:type="dxa"/>
        <w:tblCellMar>
          <w:top w:w="79" w:type="dxa"/>
          <w:left w:w="113" w:type="dxa"/>
          <w:right w:w="62" w:type="dxa"/>
        </w:tblCellMar>
        <w:tblLook w:val="04A0" w:firstRow="1" w:lastRow="0" w:firstColumn="1" w:lastColumn="0" w:noHBand="0" w:noVBand="1"/>
      </w:tblPr>
      <w:tblGrid>
        <w:gridCol w:w="2824"/>
        <w:gridCol w:w="7509"/>
      </w:tblGrid>
      <w:tr w:rsidR="00210346" w:rsidRPr="00815DF9" w14:paraId="097FEA39" w14:textId="77777777" w:rsidTr="00AB63D1">
        <w:trPr>
          <w:trHeight w:val="20"/>
        </w:trPr>
        <w:tc>
          <w:tcPr>
            <w:tcW w:w="2824" w:type="dxa"/>
            <w:tcBorders>
              <w:top w:val="single" w:sz="6" w:space="0" w:color="000000"/>
              <w:left w:val="single" w:sz="6" w:space="0" w:color="000000"/>
              <w:bottom w:val="single" w:sz="6" w:space="0" w:color="000000"/>
              <w:right w:val="single" w:sz="6" w:space="0" w:color="000000"/>
            </w:tcBorders>
          </w:tcPr>
          <w:p w14:paraId="267B7824"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b/>
                <w:sz w:val="22"/>
                <w:szCs w:val="22"/>
              </w:rPr>
              <w:t xml:space="preserve">Applicant Name </w:t>
            </w:r>
            <w:r w:rsidRPr="00815DF9">
              <w:rPr>
                <w:rFonts w:asciiTheme="majorHAnsi" w:eastAsia="Calibri" w:hAnsiTheme="majorHAnsi" w:cstheme="majorHAnsi"/>
                <w:sz w:val="22"/>
                <w:szCs w:val="22"/>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69BCC289"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r w:rsidR="00210346" w:rsidRPr="00815DF9" w14:paraId="3DF37D30" w14:textId="77777777" w:rsidTr="00AB63D1">
        <w:trPr>
          <w:trHeight w:val="20"/>
        </w:trPr>
        <w:tc>
          <w:tcPr>
            <w:tcW w:w="2824" w:type="dxa"/>
            <w:tcBorders>
              <w:top w:val="single" w:sz="6" w:space="0" w:color="000000"/>
              <w:left w:val="single" w:sz="6" w:space="0" w:color="000000"/>
              <w:bottom w:val="single" w:sz="6" w:space="0" w:color="000000"/>
              <w:right w:val="single" w:sz="6" w:space="0" w:color="000000"/>
            </w:tcBorders>
          </w:tcPr>
          <w:p w14:paraId="0B494821"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b/>
                <w:sz w:val="22"/>
                <w:szCs w:val="22"/>
              </w:rPr>
              <w:t xml:space="preserve">Applicant Address </w:t>
            </w:r>
            <w:r w:rsidRPr="00815DF9">
              <w:rPr>
                <w:rFonts w:asciiTheme="majorHAnsi" w:eastAsia="Calibri" w:hAnsiTheme="majorHAnsi" w:cstheme="majorHAnsi"/>
                <w:sz w:val="22"/>
                <w:szCs w:val="22"/>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1560CF0A"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r w:rsidR="00210346" w:rsidRPr="00815DF9" w14:paraId="2498989A" w14:textId="77777777" w:rsidTr="00AB63D1">
        <w:trPr>
          <w:trHeight w:val="20"/>
        </w:trPr>
        <w:tc>
          <w:tcPr>
            <w:tcW w:w="2824" w:type="dxa"/>
            <w:tcBorders>
              <w:top w:val="single" w:sz="6" w:space="0" w:color="000000"/>
              <w:left w:val="single" w:sz="6" w:space="0" w:color="000000"/>
              <w:bottom w:val="single" w:sz="6" w:space="0" w:color="000000"/>
              <w:right w:val="single" w:sz="6" w:space="0" w:color="000000"/>
            </w:tcBorders>
          </w:tcPr>
          <w:p w14:paraId="41166A03"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b/>
                <w:sz w:val="22"/>
                <w:szCs w:val="22"/>
              </w:rPr>
              <w:t xml:space="preserve">Organisation Name </w:t>
            </w:r>
            <w:r w:rsidRPr="00815DF9">
              <w:rPr>
                <w:rFonts w:asciiTheme="majorHAnsi" w:eastAsia="Calibri" w:hAnsiTheme="majorHAnsi" w:cstheme="majorHAnsi"/>
                <w:sz w:val="22"/>
                <w:szCs w:val="22"/>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13EDCB2F"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r w:rsidR="00210346" w:rsidRPr="00815DF9" w14:paraId="64463E04" w14:textId="77777777" w:rsidTr="00AB63D1">
        <w:trPr>
          <w:trHeight w:val="20"/>
        </w:trPr>
        <w:tc>
          <w:tcPr>
            <w:tcW w:w="2824" w:type="dxa"/>
            <w:tcBorders>
              <w:top w:val="single" w:sz="6" w:space="0" w:color="000000"/>
              <w:left w:val="single" w:sz="6" w:space="0" w:color="000000"/>
              <w:bottom w:val="single" w:sz="6" w:space="0" w:color="000000"/>
              <w:right w:val="single" w:sz="6" w:space="0" w:color="000000"/>
            </w:tcBorders>
          </w:tcPr>
          <w:p w14:paraId="0D230D36"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b/>
                <w:sz w:val="22"/>
                <w:szCs w:val="22"/>
              </w:rPr>
              <w:t xml:space="preserve">Organisation Address  </w:t>
            </w:r>
            <w:r w:rsidRPr="00815DF9">
              <w:rPr>
                <w:rFonts w:asciiTheme="majorHAnsi" w:eastAsia="Calibri" w:hAnsiTheme="majorHAnsi" w:cstheme="majorHAnsi"/>
                <w:sz w:val="22"/>
                <w:szCs w:val="22"/>
              </w:rPr>
              <w:t xml:space="preserve"> </w:t>
            </w:r>
          </w:p>
          <w:p w14:paraId="14BE8C1D" w14:textId="77777777" w:rsidR="00210346" w:rsidRPr="00815DF9" w:rsidRDefault="00210346" w:rsidP="00AB63D1">
            <w:pPr>
              <w:rPr>
                <w:rFonts w:asciiTheme="majorHAnsi" w:hAnsiTheme="majorHAnsi" w:cstheme="majorHAnsi"/>
                <w:sz w:val="22"/>
                <w:szCs w:val="22"/>
              </w:rPr>
            </w:pPr>
            <w:r w:rsidRPr="00815DF9">
              <w:rPr>
                <w:rFonts w:asciiTheme="majorHAnsi" w:hAnsiTheme="majorHAnsi" w:cstheme="majorHAnsi"/>
                <w:sz w:val="22"/>
                <w:szCs w:val="22"/>
              </w:rPr>
              <w:t xml:space="preserve">(if different to above) </w:t>
            </w:r>
            <w:r w:rsidRPr="00815DF9">
              <w:rPr>
                <w:rFonts w:asciiTheme="majorHAnsi" w:eastAsia="Calibri" w:hAnsiTheme="majorHAnsi" w:cstheme="majorHAnsi"/>
                <w:sz w:val="22"/>
                <w:szCs w:val="22"/>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6D11F08D"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r w:rsidR="00210346" w:rsidRPr="00815DF9" w14:paraId="1DCBD65D" w14:textId="77777777" w:rsidTr="00AB63D1">
        <w:trPr>
          <w:trHeight w:val="20"/>
        </w:trPr>
        <w:tc>
          <w:tcPr>
            <w:tcW w:w="2824" w:type="dxa"/>
            <w:tcBorders>
              <w:top w:val="single" w:sz="6" w:space="0" w:color="000000"/>
              <w:left w:val="single" w:sz="6" w:space="0" w:color="000000"/>
              <w:bottom w:val="single" w:sz="6" w:space="0" w:color="000000"/>
              <w:right w:val="single" w:sz="6" w:space="0" w:color="000000"/>
            </w:tcBorders>
          </w:tcPr>
          <w:p w14:paraId="75C615C3"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b/>
                <w:sz w:val="22"/>
                <w:szCs w:val="22"/>
              </w:rPr>
              <w:t xml:space="preserve">Organisation Type </w:t>
            </w:r>
            <w:r w:rsidRPr="00815DF9">
              <w:rPr>
                <w:rFonts w:asciiTheme="majorHAnsi" w:eastAsia="Calibri" w:hAnsiTheme="majorHAnsi" w:cstheme="majorHAnsi"/>
                <w:sz w:val="22"/>
                <w:szCs w:val="22"/>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4B3DD2C6"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r w:rsidR="00210346" w:rsidRPr="00815DF9" w14:paraId="4314C44B" w14:textId="77777777" w:rsidTr="00AB63D1">
        <w:trPr>
          <w:trHeight w:val="20"/>
        </w:trPr>
        <w:tc>
          <w:tcPr>
            <w:tcW w:w="2824" w:type="dxa"/>
            <w:tcBorders>
              <w:top w:val="single" w:sz="6" w:space="0" w:color="000000"/>
              <w:left w:val="single" w:sz="6" w:space="0" w:color="000000"/>
              <w:bottom w:val="single" w:sz="6" w:space="0" w:color="000000"/>
              <w:right w:val="single" w:sz="6" w:space="0" w:color="000000"/>
            </w:tcBorders>
          </w:tcPr>
          <w:p w14:paraId="2FEB7EDC"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b/>
                <w:sz w:val="22"/>
                <w:szCs w:val="22"/>
              </w:rPr>
              <w:t xml:space="preserve">Contact Telephone Number </w:t>
            </w:r>
            <w:r w:rsidRPr="00815DF9">
              <w:rPr>
                <w:rFonts w:asciiTheme="majorHAnsi" w:eastAsia="Calibri" w:hAnsiTheme="majorHAnsi" w:cstheme="majorHAnsi"/>
                <w:sz w:val="22"/>
                <w:szCs w:val="22"/>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786E85ED"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r w:rsidR="00210346" w:rsidRPr="00815DF9" w14:paraId="6A057013" w14:textId="77777777" w:rsidTr="00AB63D1">
        <w:trPr>
          <w:trHeight w:val="20"/>
        </w:trPr>
        <w:tc>
          <w:tcPr>
            <w:tcW w:w="2824" w:type="dxa"/>
            <w:tcBorders>
              <w:top w:val="single" w:sz="6" w:space="0" w:color="000000"/>
              <w:left w:val="single" w:sz="6" w:space="0" w:color="000000"/>
              <w:bottom w:val="single" w:sz="6" w:space="0" w:color="000000"/>
              <w:right w:val="single" w:sz="6" w:space="0" w:color="000000"/>
            </w:tcBorders>
          </w:tcPr>
          <w:p w14:paraId="0EBB3A01"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b/>
                <w:sz w:val="22"/>
                <w:szCs w:val="22"/>
              </w:rPr>
              <w:t xml:space="preserve">Contact Email Address </w:t>
            </w:r>
            <w:r w:rsidRPr="00815DF9">
              <w:rPr>
                <w:rFonts w:asciiTheme="majorHAnsi" w:eastAsia="Calibri" w:hAnsiTheme="majorHAnsi" w:cstheme="majorHAnsi"/>
                <w:sz w:val="22"/>
                <w:szCs w:val="22"/>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3FACFA27"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bl>
    <w:p w14:paraId="6DA974CC" w14:textId="77777777" w:rsidR="00210346" w:rsidRPr="00815DF9" w:rsidRDefault="00210346" w:rsidP="00AB63D1">
      <w:pPr>
        <w:spacing w:after="0" w:line="240" w:lineRule="auto"/>
        <w:ind w:left="136"/>
        <w:rPr>
          <w:rFonts w:asciiTheme="majorHAnsi" w:hAnsiTheme="majorHAnsi" w:cstheme="majorHAnsi"/>
          <w:sz w:val="20"/>
          <w:szCs w:val="20"/>
        </w:rPr>
      </w:pPr>
      <w:r w:rsidRPr="00815DF9">
        <w:rPr>
          <w:rFonts w:asciiTheme="majorHAnsi" w:eastAsia="Calibri" w:hAnsiTheme="majorHAnsi" w:cstheme="majorHAnsi"/>
          <w:b/>
          <w:sz w:val="24"/>
        </w:rPr>
        <w:t xml:space="preserve"> </w:t>
      </w:r>
      <w:r w:rsidRPr="00815DF9">
        <w:rPr>
          <w:rFonts w:asciiTheme="majorHAnsi" w:eastAsia="Calibri" w:hAnsiTheme="majorHAnsi" w:cstheme="majorHAnsi"/>
        </w:rPr>
        <w:t xml:space="preserve"> </w:t>
      </w:r>
    </w:p>
    <w:p w14:paraId="18F2A588" w14:textId="77777777" w:rsidR="00210346" w:rsidRPr="00815DF9" w:rsidRDefault="00210346" w:rsidP="00210346">
      <w:pPr>
        <w:spacing w:after="0" w:line="259" w:lineRule="auto"/>
        <w:ind w:left="281"/>
        <w:rPr>
          <w:rFonts w:asciiTheme="majorHAnsi" w:hAnsiTheme="majorHAnsi" w:cstheme="majorHAnsi"/>
        </w:rPr>
      </w:pPr>
      <w:r w:rsidRPr="00815DF9">
        <w:rPr>
          <w:rFonts w:asciiTheme="majorHAnsi" w:eastAsia="Calibri" w:hAnsiTheme="majorHAnsi" w:cstheme="majorHAnsi"/>
          <w:b/>
          <w:sz w:val="29"/>
        </w:rPr>
        <w:t xml:space="preserve">About your Project  </w:t>
      </w:r>
    </w:p>
    <w:tbl>
      <w:tblPr>
        <w:tblStyle w:val="TableGrid0"/>
        <w:tblW w:w="10333" w:type="dxa"/>
        <w:tblInd w:w="308" w:type="dxa"/>
        <w:tblCellMar>
          <w:top w:w="79" w:type="dxa"/>
          <w:left w:w="113" w:type="dxa"/>
          <w:right w:w="201" w:type="dxa"/>
        </w:tblCellMar>
        <w:tblLook w:val="04A0" w:firstRow="1" w:lastRow="0" w:firstColumn="1" w:lastColumn="0" w:noHBand="0" w:noVBand="1"/>
      </w:tblPr>
      <w:tblGrid>
        <w:gridCol w:w="2809"/>
        <w:gridCol w:w="7524"/>
      </w:tblGrid>
      <w:tr w:rsidR="00210346" w:rsidRPr="00815DF9" w14:paraId="00C987A3" w14:textId="77777777" w:rsidTr="00AB63D1">
        <w:trPr>
          <w:trHeight w:val="20"/>
        </w:trPr>
        <w:tc>
          <w:tcPr>
            <w:tcW w:w="2809" w:type="dxa"/>
            <w:tcBorders>
              <w:top w:val="single" w:sz="6" w:space="0" w:color="000000"/>
              <w:left w:val="single" w:sz="6" w:space="0" w:color="000000"/>
              <w:bottom w:val="single" w:sz="6" w:space="0" w:color="000000"/>
              <w:right w:val="single" w:sz="6" w:space="0" w:color="000000"/>
            </w:tcBorders>
          </w:tcPr>
          <w:p w14:paraId="2FC509C8" w14:textId="77777777" w:rsidR="00210346" w:rsidRPr="00815DF9" w:rsidRDefault="00210346" w:rsidP="00AB63D1">
            <w:pPr>
              <w:ind w:right="-52"/>
              <w:rPr>
                <w:rFonts w:asciiTheme="majorHAnsi" w:hAnsiTheme="majorHAnsi" w:cstheme="majorHAnsi"/>
                <w:sz w:val="22"/>
                <w:szCs w:val="22"/>
              </w:rPr>
            </w:pPr>
            <w:r w:rsidRPr="00815DF9">
              <w:rPr>
                <w:rFonts w:asciiTheme="majorHAnsi" w:eastAsia="Calibri" w:hAnsiTheme="majorHAnsi" w:cstheme="majorHAnsi"/>
                <w:b/>
                <w:sz w:val="22"/>
                <w:szCs w:val="22"/>
              </w:rPr>
              <w:t xml:space="preserve">Project Name </w:t>
            </w:r>
            <w:r w:rsidRPr="00815DF9">
              <w:rPr>
                <w:rFonts w:asciiTheme="majorHAnsi" w:eastAsia="Calibri" w:hAnsiTheme="majorHAnsi" w:cstheme="majorHAnsi"/>
                <w:sz w:val="22"/>
                <w:szCs w:val="22"/>
              </w:rPr>
              <w:t xml:space="preserve"> </w:t>
            </w:r>
          </w:p>
        </w:tc>
        <w:tc>
          <w:tcPr>
            <w:tcW w:w="7525" w:type="dxa"/>
            <w:tcBorders>
              <w:top w:val="single" w:sz="6" w:space="0" w:color="000000"/>
              <w:left w:val="single" w:sz="6" w:space="0" w:color="000000"/>
              <w:bottom w:val="single" w:sz="6" w:space="0" w:color="000000"/>
              <w:right w:val="single" w:sz="6" w:space="0" w:color="000000"/>
            </w:tcBorders>
          </w:tcPr>
          <w:p w14:paraId="3514FA0D" w14:textId="77777777" w:rsidR="00210346" w:rsidRPr="00815DF9" w:rsidRDefault="00210346" w:rsidP="00AB63D1">
            <w:pPr>
              <w:ind w:left="30"/>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r w:rsidR="00210346" w:rsidRPr="00815DF9" w14:paraId="5D7601D4" w14:textId="77777777" w:rsidTr="00AB63D1">
        <w:trPr>
          <w:trHeight w:val="20"/>
        </w:trPr>
        <w:tc>
          <w:tcPr>
            <w:tcW w:w="2809" w:type="dxa"/>
            <w:tcBorders>
              <w:top w:val="single" w:sz="6" w:space="0" w:color="000000"/>
              <w:left w:val="single" w:sz="6" w:space="0" w:color="000000"/>
              <w:bottom w:val="single" w:sz="6" w:space="0" w:color="000000"/>
              <w:right w:val="single" w:sz="6" w:space="0" w:color="000000"/>
            </w:tcBorders>
          </w:tcPr>
          <w:p w14:paraId="4E65338F" w14:textId="77777777" w:rsidR="00210346" w:rsidRPr="00815DF9" w:rsidRDefault="00210346" w:rsidP="00AB63D1">
            <w:pPr>
              <w:ind w:right="-52"/>
              <w:rPr>
                <w:rFonts w:asciiTheme="majorHAnsi" w:hAnsiTheme="majorHAnsi" w:cstheme="majorHAnsi"/>
                <w:sz w:val="22"/>
                <w:szCs w:val="22"/>
              </w:rPr>
            </w:pPr>
            <w:r w:rsidRPr="00815DF9">
              <w:rPr>
                <w:rFonts w:asciiTheme="majorHAnsi" w:eastAsia="Calibri" w:hAnsiTheme="majorHAnsi" w:cstheme="majorHAnsi"/>
                <w:b/>
                <w:sz w:val="22"/>
                <w:szCs w:val="22"/>
              </w:rPr>
              <w:t xml:space="preserve">What specific purpose are you seeking funding for? </w:t>
            </w:r>
            <w:r w:rsidRPr="00815DF9">
              <w:rPr>
                <w:rFonts w:asciiTheme="majorHAnsi" w:eastAsia="Calibri" w:hAnsiTheme="majorHAnsi" w:cstheme="majorHAnsi"/>
                <w:sz w:val="22"/>
                <w:szCs w:val="22"/>
              </w:rPr>
              <w:t xml:space="preserve"> </w:t>
            </w:r>
          </w:p>
        </w:tc>
        <w:tc>
          <w:tcPr>
            <w:tcW w:w="7525" w:type="dxa"/>
            <w:tcBorders>
              <w:top w:val="single" w:sz="6" w:space="0" w:color="000000"/>
              <w:left w:val="single" w:sz="6" w:space="0" w:color="000000"/>
              <w:bottom w:val="single" w:sz="6" w:space="0" w:color="000000"/>
              <w:right w:val="single" w:sz="6" w:space="0" w:color="000000"/>
            </w:tcBorders>
          </w:tcPr>
          <w:p w14:paraId="1B77C966" w14:textId="77777777" w:rsidR="00210346" w:rsidRPr="00815DF9" w:rsidRDefault="00210346" w:rsidP="00AB63D1">
            <w:pPr>
              <w:ind w:left="30"/>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r w:rsidR="00210346" w:rsidRPr="00815DF9" w14:paraId="0AF6C412" w14:textId="77777777" w:rsidTr="00AB63D1">
        <w:trPr>
          <w:trHeight w:val="20"/>
        </w:trPr>
        <w:tc>
          <w:tcPr>
            <w:tcW w:w="2809" w:type="dxa"/>
            <w:tcBorders>
              <w:top w:val="single" w:sz="6" w:space="0" w:color="000000"/>
              <w:left w:val="single" w:sz="6" w:space="0" w:color="000000"/>
              <w:bottom w:val="single" w:sz="6" w:space="0" w:color="000000"/>
              <w:right w:val="single" w:sz="6" w:space="0" w:color="000000"/>
            </w:tcBorders>
          </w:tcPr>
          <w:p w14:paraId="13310F90" w14:textId="77777777" w:rsidR="00210346" w:rsidRPr="00815DF9" w:rsidRDefault="00210346" w:rsidP="00AB63D1">
            <w:pPr>
              <w:ind w:right="-52"/>
              <w:rPr>
                <w:rFonts w:asciiTheme="majorHAnsi" w:hAnsiTheme="majorHAnsi" w:cstheme="majorHAnsi"/>
                <w:sz w:val="22"/>
                <w:szCs w:val="22"/>
              </w:rPr>
            </w:pPr>
            <w:r w:rsidRPr="00815DF9">
              <w:rPr>
                <w:rFonts w:asciiTheme="majorHAnsi" w:eastAsia="Calibri" w:hAnsiTheme="majorHAnsi" w:cstheme="majorHAnsi"/>
                <w:b/>
                <w:sz w:val="22"/>
                <w:szCs w:val="22"/>
              </w:rPr>
              <w:t xml:space="preserve">Why do you want to carry out this project? </w:t>
            </w:r>
            <w:r w:rsidRPr="00815DF9">
              <w:rPr>
                <w:rFonts w:asciiTheme="majorHAnsi" w:eastAsia="Calibri" w:hAnsiTheme="majorHAnsi" w:cstheme="majorHAnsi"/>
                <w:sz w:val="22"/>
                <w:szCs w:val="22"/>
              </w:rPr>
              <w:t xml:space="preserve"> </w:t>
            </w:r>
          </w:p>
        </w:tc>
        <w:tc>
          <w:tcPr>
            <w:tcW w:w="7525" w:type="dxa"/>
            <w:tcBorders>
              <w:top w:val="single" w:sz="6" w:space="0" w:color="000000"/>
              <w:left w:val="single" w:sz="6" w:space="0" w:color="000000"/>
              <w:bottom w:val="single" w:sz="6" w:space="0" w:color="000000"/>
              <w:right w:val="single" w:sz="6" w:space="0" w:color="000000"/>
            </w:tcBorders>
          </w:tcPr>
          <w:p w14:paraId="5C2ED037" w14:textId="77777777" w:rsidR="00210346" w:rsidRPr="00815DF9" w:rsidRDefault="00210346" w:rsidP="00AB63D1">
            <w:pPr>
              <w:ind w:left="30"/>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r w:rsidR="00210346" w:rsidRPr="00815DF9" w14:paraId="4592AF25" w14:textId="77777777" w:rsidTr="00AB63D1">
        <w:trPr>
          <w:trHeight w:val="20"/>
        </w:trPr>
        <w:tc>
          <w:tcPr>
            <w:tcW w:w="2809" w:type="dxa"/>
            <w:tcBorders>
              <w:top w:val="single" w:sz="6" w:space="0" w:color="000000"/>
              <w:left w:val="single" w:sz="6" w:space="0" w:color="000000"/>
              <w:bottom w:val="single" w:sz="6" w:space="0" w:color="000000"/>
              <w:right w:val="single" w:sz="6" w:space="0" w:color="000000"/>
            </w:tcBorders>
          </w:tcPr>
          <w:p w14:paraId="37CCA435" w14:textId="77777777" w:rsidR="00210346" w:rsidRPr="00815DF9" w:rsidRDefault="00210346" w:rsidP="00AB63D1">
            <w:pPr>
              <w:ind w:right="-52"/>
              <w:rPr>
                <w:rFonts w:asciiTheme="majorHAnsi" w:hAnsiTheme="majorHAnsi" w:cstheme="majorHAnsi"/>
                <w:sz w:val="22"/>
                <w:szCs w:val="22"/>
              </w:rPr>
            </w:pPr>
            <w:r w:rsidRPr="00815DF9">
              <w:rPr>
                <w:rFonts w:asciiTheme="majorHAnsi" w:eastAsia="Calibri" w:hAnsiTheme="majorHAnsi" w:cstheme="majorHAnsi"/>
                <w:b/>
                <w:sz w:val="22"/>
                <w:szCs w:val="22"/>
              </w:rPr>
              <w:t xml:space="preserve">How do you know it is needed? </w:t>
            </w:r>
            <w:r w:rsidRPr="00815DF9">
              <w:rPr>
                <w:rFonts w:asciiTheme="majorHAnsi" w:eastAsia="Calibri" w:hAnsiTheme="majorHAnsi" w:cstheme="majorHAnsi"/>
                <w:sz w:val="22"/>
                <w:szCs w:val="22"/>
              </w:rPr>
              <w:t xml:space="preserve"> </w:t>
            </w:r>
          </w:p>
        </w:tc>
        <w:tc>
          <w:tcPr>
            <w:tcW w:w="7525" w:type="dxa"/>
            <w:tcBorders>
              <w:top w:val="single" w:sz="6" w:space="0" w:color="000000"/>
              <w:left w:val="single" w:sz="6" w:space="0" w:color="000000"/>
              <w:bottom w:val="single" w:sz="6" w:space="0" w:color="000000"/>
              <w:right w:val="single" w:sz="6" w:space="0" w:color="000000"/>
            </w:tcBorders>
          </w:tcPr>
          <w:p w14:paraId="40C44B89" w14:textId="77777777" w:rsidR="00210346" w:rsidRPr="00815DF9" w:rsidRDefault="00210346" w:rsidP="00AB63D1">
            <w:pPr>
              <w:ind w:left="30"/>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r w:rsidR="00210346" w:rsidRPr="00815DF9" w14:paraId="6FED05FB" w14:textId="77777777" w:rsidTr="00AB63D1">
        <w:trPr>
          <w:trHeight w:val="20"/>
        </w:trPr>
        <w:tc>
          <w:tcPr>
            <w:tcW w:w="2809" w:type="dxa"/>
            <w:tcBorders>
              <w:top w:val="single" w:sz="6" w:space="0" w:color="000000"/>
              <w:left w:val="single" w:sz="6" w:space="0" w:color="000000"/>
              <w:bottom w:val="single" w:sz="6" w:space="0" w:color="000000"/>
              <w:right w:val="single" w:sz="6" w:space="0" w:color="000000"/>
            </w:tcBorders>
          </w:tcPr>
          <w:p w14:paraId="2755F942" w14:textId="77777777" w:rsidR="00210346" w:rsidRPr="00815DF9" w:rsidRDefault="00210346" w:rsidP="00AB63D1">
            <w:pPr>
              <w:ind w:right="-52"/>
              <w:rPr>
                <w:rFonts w:asciiTheme="majorHAnsi" w:hAnsiTheme="majorHAnsi" w:cstheme="majorHAnsi"/>
                <w:sz w:val="22"/>
                <w:szCs w:val="22"/>
              </w:rPr>
            </w:pPr>
            <w:r w:rsidRPr="00815DF9">
              <w:rPr>
                <w:rFonts w:asciiTheme="majorHAnsi" w:eastAsia="Calibri" w:hAnsiTheme="majorHAnsi" w:cstheme="majorHAnsi"/>
                <w:b/>
                <w:sz w:val="22"/>
                <w:szCs w:val="22"/>
              </w:rPr>
              <w:t xml:space="preserve">Who will benefit and what difference will it make? </w:t>
            </w:r>
            <w:r w:rsidRPr="00815DF9">
              <w:rPr>
                <w:rFonts w:asciiTheme="majorHAnsi" w:eastAsia="Calibri" w:hAnsiTheme="majorHAnsi" w:cstheme="majorHAnsi"/>
                <w:sz w:val="22"/>
                <w:szCs w:val="22"/>
              </w:rPr>
              <w:t xml:space="preserve"> </w:t>
            </w:r>
          </w:p>
        </w:tc>
        <w:tc>
          <w:tcPr>
            <w:tcW w:w="7525" w:type="dxa"/>
            <w:tcBorders>
              <w:top w:val="single" w:sz="6" w:space="0" w:color="000000"/>
              <w:left w:val="single" w:sz="6" w:space="0" w:color="000000"/>
              <w:bottom w:val="single" w:sz="6" w:space="0" w:color="000000"/>
              <w:right w:val="single" w:sz="6" w:space="0" w:color="000000"/>
            </w:tcBorders>
          </w:tcPr>
          <w:p w14:paraId="28481226" w14:textId="77777777" w:rsidR="00210346" w:rsidRPr="00815DF9" w:rsidRDefault="00210346" w:rsidP="00AB63D1">
            <w:pPr>
              <w:ind w:left="30"/>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r w:rsidR="00210346" w:rsidRPr="00815DF9" w14:paraId="206BF564" w14:textId="77777777" w:rsidTr="00AB63D1">
        <w:trPr>
          <w:trHeight w:val="20"/>
        </w:trPr>
        <w:tc>
          <w:tcPr>
            <w:tcW w:w="2809" w:type="dxa"/>
            <w:tcBorders>
              <w:top w:val="single" w:sz="6" w:space="0" w:color="000000"/>
              <w:left w:val="single" w:sz="6" w:space="0" w:color="000000"/>
              <w:bottom w:val="single" w:sz="6" w:space="0" w:color="000000"/>
              <w:right w:val="single" w:sz="6" w:space="0" w:color="000000"/>
            </w:tcBorders>
          </w:tcPr>
          <w:p w14:paraId="730B67A4" w14:textId="77777777" w:rsidR="00210346" w:rsidRPr="00815DF9" w:rsidRDefault="00210346" w:rsidP="00AB63D1">
            <w:pPr>
              <w:ind w:right="-52"/>
              <w:rPr>
                <w:rFonts w:asciiTheme="majorHAnsi" w:hAnsiTheme="majorHAnsi" w:cstheme="majorHAnsi"/>
                <w:sz w:val="22"/>
                <w:szCs w:val="22"/>
              </w:rPr>
            </w:pPr>
            <w:r w:rsidRPr="00815DF9">
              <w:rPr>
                <w:rFonts w:asciiTheme="majorHAnsi" w:eastAsia="Calibri" w:hAnsiTheme="majorHAnsi" w:cstheme="majorHAnsi"/>
                <w:b/>
                <w:sz w:val="22"/>
                <w:szCs w:val="22"/>
              </w:rPr>
              <w:t>Proposed timing of the project / spending of the money.</w:t>
            </w:r>
            <w:r w:rsidRPr="00815DF9">
              <w:rPr>
                <w:rFonts w:asciiTheme="majorHAnsi" w:hAnsiTheme="majorHAnsi" w:cstheme="majorHAnsi"/>
                <w:sz w:val="22"/>
                <w:szCs w:val="22"/>
              </w:rPr>
              <w:t xml:space="preserve"> </w:t>
            </w:r>
            <w:r w:rsidRPr="00815DF9">
              <w:rPr>
                <w:rFonts w:asciiTheme="majorHAnsi" w:hAnsiTheme="majorHAnsi" w:cstheme="majorHAnsi"/>
                <w:sz w:val="18"/>
                <w:szCs w:val="18"/>
              </w:rPr>
              <w:t>(Start / End date)</w:t>
            </w:r>
            <w:r w:rsidRPr="00815DF9">
              <w:rPr>
                <w:rFonts w:asciiTheme="majorHAnsi" w:eastAsia="Calibri" w:hAnsiTheme="majorHAnsi" w:cstheme="majorHAnsi"/>
                <w:b/>
                <w:sz w:val="22"/>
                <w:szCs w:val="22"/>
              </w:rPr>
              <w:t xml:space="preserve">  </w:t>
            </w:r>
            <w:r w:rsidRPr="00815DF9">
              <w:rPr>
                <w:rFonts w:asciiTheme="majorHAnsi" w:eastAsia="Calibri" w:hAnsiTheme="majorHAnsi" w:cstheme="majorHAnsi"/>
                <w:sz w:val="22"/>
                <w:szCs w:val="22"/>
              </w:rPr>
              <w:t xml:space="preserve"> </w:t>
            </w:r>
          </w:p>
        </w:tc>
        <w:tc>
          <w:tcPr>
            <w:tcW w:w="7525" w:type="dxa"/>
            <w:tcBorders>
              <w:top w:val="single" w:sz="6" w:space="0" w:color="000000"/>
              <w:left w:val="single" w:sz="6" w:space="0" w:color="000000"/>
              <w:bottom w:val="single" w:sz="6" w:space="0" w:color="000000"/>
              <w:right w:val="single" w:sz="6" w:space="0" w:color="000000"/>
            </w:tcBorders>
          </w:tcPr>
          <w:p w14:paraId="1793E95B" w14:textId="77777777" w:rsidR="00210346" w:rsidRPr="00815DF9" w:rsidRDefault="00210346" w:rsidP="00AB63D1">
            <w:pPr>
              <w:ind w:left="30"/>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bl>
    <w:p w14:paraId="68B1D30B" w14:textId="77777777" w:rsidR="00210346" w:rsidRPr="00815DF9" w:rsidRDefault="00210346" w:rsidP="00AB63D1">
      <w:pPr>
        <w:spacing w:after="0" w:line="240" w:lineRule="auto"/>
        <w:ind w:left="284"/>
        <w:rPr>
          <w:rFonts w:asciiTheme="majorHAnsi" w:hAnsiTheme="majorHAnsi" w:cstheme="majorHAnsi"/>
          <w:sz w:val="18"/>
          <w:szCs w:val="18"/>
        </w:rPr>
      </w:pPr>
      <w:r w:rsidRPr="00815DF9">
        <w:rPr>
          <w:rFonts w:asciiTheme="majorHAnsi" w:hAnsiTheme="majorHAnsi" w:cstheme="majorHAnsi"/>
          <w:sz w:val="18"/>
          <w:szCs w:val="18"/>
        </w:rPr>
        <w:t xml:space="preserve"> </w:t>
      </w:r>
      <w:r w:rsidRPr="00815DF9">
        <w:rPr>
          <w:rFonts w:asciiTheme="majorHAnsi" w:eastAsia="Calibri" w:hAnsiTheme="majorHAnsi" w:cstheme="majorHAnsi"/>
          <w:sz w:val="18"/>
          <w:szCs w:val="18"/>
        </w:rPr>
        <w:t xml:space="preserve"> </w:t>
      </w:r>
    </w:p>
    <w:p w14:paraId="08FA4569" w14:textId="77777777" w:rsidR="00210346" w:rsidRPr="00815DF9" w:rsidRDefault="00210346" w:rsidP="00210346">
      <w:pPr>
        <w:spacing w:after="0" w:line="259" w:lineRule="auto"/>
        <w:ind w:left="281"/>
        <w:rPr>
          <w:rFonts w:asciiTheme="majorHAnsi" w:hAnsiTheme="majorHAnsi" w:cstheme="majorHAnsi"/>
        </w:rPr>
      </w:pPr>
      <w:r w:rsidRPr="00815DF9">
        <w:rPr>
          <w:rFonts w:asciiTheme="majorHAnsi" w:eastAsia="Calibri" w:hAnsiTheme="majorHAnsi" w:cstheme="majorHAnsi"/>
          <w:b/>
          <w:sz w:val="29"/>
        </w:rPr>
        <w:t xml:space="preserve">Payment Details  </w:t>
      </w:r>
    </w:p>
    <w:tbl>
      <w:tblPr>
        <w:tblStyle w:val="TableGrid0"/>
        <w:tblW w:w="10333" w:type="dxa"/>
        <w:tblInd w:w="308" w:type="dxa"/>
        <w:tblCellMar>
          <w:top w:w="79" w:type="dxa"/>
          <w:left w:w="113" w:type="dxa"/>
          <w:right w:w="27" w:type="dxa"/>
        </w:tblCellMar>
        <w:tblLook w:val="04A0" w:firstRow="1" w:lastRow="0" w:firstColumn="1" w:lastColumn="0" w:noHBand="0" w:noVBand="1"/>
      </w:tblPr>
      <w:tblGrid>
        <w:gridCol w:w="2824"/>
        <w:gridCol w:w="7509"/>
      </w:tblGrid>
      <w:tr w:rsidR="00210346" w:rsidRPr="00815DF9" w14:paraId="78CBCC49" w14:textId="77777777" w:rsidTr="00AB63D1">
        <w:trPr>
          <w:trHeight w:val="20"/>
        </w:trPr>
        <w:tc>
          <w:tcPr>
            <w:tcW w:w="10333" w:type="dxa"/>
            <w:gridSpan w:val="2"/>
            <w:tcBorders>
              <w:top w:val="single" w:sz="6" w:space="0" w:color="000000"/>
              <w:left w:val="single" w:sz="6" w:space="0" w:color="000000"/>
              <w:bottom w:val="single" w:sz="6" w:space="0" w:color="000000"/>
              <w:right w:val="single" w:sz="6" w:space="0" w:color="000000"/>
            </w:tcBorders>
          </w:tcPr>
          <w:p w14:paraId="04457CA7" w14:textId="77777777" w:rsidR="00210346" w:rsidRPr="00815DF9" w:rsidRDefault="00210346" w:rsidP="00AB63D1">
            <w:pPr>
              <w:jc w:val="both"/>
              <w:rPr>
                <w:rFonts w:asciiTheme="majorHAnsi" w:hAnsiTheme="majorHAnsi" w:cstheme="majorHAnsi"/>
                <w:sz w:val="22"/>
                <w:szCs w:val="22"/>
              </w:rPr>
            </w:pPr>
            <w:r w:rsidRPr="00815DF9">
              <w:rPr>
                <w:rFonts w:asciiTheme="majorHAnsi" w:hAnsiTheme="majorHAnsi" w:cstheme="majorHAnsi"/>
                <w:sz w:val="22"/>
                <w:szCs w:val="22"/>
              </w:rPr>
              <w:t xml:space="preserve">All grants are paid by BACS. Please give your organisation BACS details below (we cannot make payment into a personal or business account).  </w:t>
            </w:r>
            <w:r w:rsidRPr="00815DF9">
              <w:rPr>
                <w:rFonts w:asciiTheme="majorHAnsi" w:eastAsia="Calibri" w:hAnsiTheme="majorHAnsi" w:cstheme="majorHAnsi"/>
                <w:sz w:val="22"/>
                <w:szCs w:val="22"/>
              </w:rPr>
              <w:t xml:space="preserve"> </w:t>
            </w:r>
          </w:p>
        </w:tc>
      </w:tr>
      <w:tr w:rsidR="00210346" w:rsidRPr="00815DF9" w14:paraId="7FE5B2F2" w14:textId="77777777" w:rsidTr="00AB63D1">
        <w:trPr>
          <w:trHeight w:val="20"/>
        </w:trPr>
        <w:tc>
          <w:tcPr>
            <w:tcW w:w="2824" w:type="dxa"/>
            <w:tcBorders>
              <w:top w:val="single" w:sz="6" w:space="0" w:color="000000"/>
              <w:left w:val="single" w:sz="6" w:space="0" w:color="000000"/>
              <w:bottom w:val="single" w:sz="6" w:space="0" w:color="000000"/>
              <w:right w:val="single" w:sz="6" w:space="0" w:color="000000"/>
            </w:tcBorders>
          </w:tcPr>
          <w:p w14:paraId="3D690082"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b/>
                <w:sz w:val="22"/>
                <w:szCs w:val="22"/>
              </w:rPr>
              <w:t xml:space="preserve">Bank Name </w:t>
            </w:r>
            <w:r w:rsidRPr="00815DF9">
              <w:rPr>
                <w:rFonts w:asciiTheme="majorHAnsi" w:eastAsia="Calibri" w:hAnsiTheme="majorHAnsi" w:cstheme="majorHAnsi"/>
                <w:sz w:val="22"/>
                <w:szCs w:val="22"/>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00455BF7"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r w:rsidR="00210346" w:rsidRPr="00815DF9" w14:paraId="64C0C590" w14:textId="77777777" w:rsidTr="00AB63D1">
        <w:trPr>
          <w:trHeight w:val="20"/>
        </w:trPr>
        <w:tc>
          <w:tcPr>
            <w:tcW w:w="2824" w:type="dxa"/>
            <w:tcBorders>
              <w:top w:val="single" w:sz="6" w:space="0" w:color="000000"/>
              <w:left w:val="single" w:sz="6" w:space="0" w:color="000000"/>
              <w:bottom w:val="single" w:sz="6" w:space="0" w:color="000000"/>
              <w:right w:val="single" w:sz="6" w:space="0" w:color="000000"/>
            </w:tcBorders>
          </w:tcPr>
          <w:p w14:paraId="2A0EF22A"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b/>
                <w:sz w:val="22"/>
                <w:szCs w:val="22"/>
              </w:rPr>
              <w:t xml:space="preserve">Account Number </w:t>
            </w:r>
            <w:r w:rsidRPr="00815DF9">
              <w:rPr>
                <w:rFonts w:asciiTheme="majorHAnsi" w:eastAsia="Calibri" w:hAnsiTheme="majorHAnsi" w:cstheme="majorHAnsi"/>
                <w:sz w:val="22"/>
                <w:szCs w:val="22"/>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1A6D0E0D"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r w:rsidR="00210346" w:rsidRPr="00815DF9" w14:paraId="7F44E9F0" w14:textId="77777777" w:rsidTr="00AB63D1">
        <w:trPr>
          <w:trHeight w:val="20"/>
        </w:trPr>
        <w:tc>
          <w:tcPr>
            <w:tcW w:w="2824" w:type="dxa"/>
            <w:tcBorders>
              <w:top w:val="single" w:sz="6" w:space="0" w:color="000000"/>
              <w:left w:val="single" w:sz="6" w:space="0" w:color="000000"/>
              <w:bottom w:val="single" w:sz="6" w:space="0" w:color="000000"/>
              <w:right w:val="single" w:sz="6" w:space="0" w:color="000000"/>
            </w:tcBorders>
          </w:tcPr>
          <w:p w14:paraId="52681208"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b/>
                <w:sz w:val="22"/>
                <w:szCs w:val="22"/>
              </w:rPr>
              <w:t xml:space="preserve">Sort Code </w:t>
            </w:r>
            <w:r w:rsidRPr="00815DF9">
              <w:rPr>
                <w:rFonts w:asciiTheme="majorHAnsi" w:eastAsia="Calibri" w:hAnsiTheme="majorHAnsi" w:cstheme="majorHAnsi"/>
                <w:sz w:val="22"/>
                <w:szCs w:val="22"/>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7D88AC3F"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r w:rsidR="00210346" w:rsidRPr="00815DF9" w14:paraId="0D78F64C" w14:textId="77777777" w:rsidTr="00AB63D1">
        <w:trPr>
          <w:trHeight w:val="20"/>
        </w:trPr>
        <w:tc>
          <w:tcPr>
            <w:tcW w:w="2824" w:type="dxa"/>
            <w:tcBorders>
              <w:top w:val="single" w:sz="6" w:space="0" w:color="000000"/>
              <w:left w:val="single" w:sz="6" w:space="0" w:color="000000"/>
              <w:bottom w:val="single" w:sz="6" w:space="0" w:color="000000"/>
              <w:right w:val="single" w:sz="6" w:space="0" w:color="000000"/>
            </w:tcBorders>
          </w:tcPr>
          <w:p w14:paraId="11CFA289"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b/>
                <w:sz w:val="22"/>
                <w:szCs w:val="22"/>
              </w:rPr>
              <w:t xml:space="preserve">Name as it appears on the bank statement </w:t>
            </w:r>
            <w:r w:rsidRPr="00815DF9">
              <w:rPr>
                <w:rFonts w:asciiTheme="majorHAnsi" w:eastAsia="Calibri" w:hAnsiTheme="majorHAnsi" w:cstheme="majorHAnsi"/>
                <w:sz w:val="22"/>
                <w:szCs w:val="22"/>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659B2F78" w14:textId="77777777" w:rsidR="00210346" w:rsidRPr="00815DF9" w:rsidRDefault="00210346" w:rsidP="00AB63D1">
            <w:pPr>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bl>
    <w:p w14:paraId="37A3E28E" w14:textId="77777777" w:rsidR="009C1BE5" w:rsidRDefault="009C1BE5" w:rsidP="00DB334C">
      <w:pPr>
        <w:spacing w:after="0" w:line="259" w:lineRule="auto"/>
        <w:ind w:left="286"/>
        <w:rPr>
          <w:rFonts w:asciiTheme="majorHAnsi" w:eastAsia="Calibri" w:hAnsiTheme="majorHAnsi" w:cstheme="majorHAnsi"/>
          <w:b/>
          <w:sz w:val="29"/>
        </w:rPr>
      </w:pPr>
    </w:p>
    <w:p w14:paraId="52A4D9A2" w14:textId="77777777" w:rsidR="009C1BE5" w:rsidRDefault="009C1BE5" w:rsidP="00DB334C">
      <w:pPr>
        <w:spacing w:after="0" w:line="259" w:lineRule="auto"/>
        <w:ind w:left="286"/>
        <w:rPr>
          <w:rFonts w:asciiTheme="majorHAnsi" w:eastAsia="Calibri" w:hAnsiTheme="majorHAnsi" w:cstheme="majorHAnsi"/>
          <w:b/>
          <w:sz w:val="29"/>
        </w:rPr>
      </w:pPr>
    </w:p>
    <w:p w14:paraId="741084CC" w14:textId="2537397B" w:rsidR="00210346" w:rsidRPr="00815DF9" w:rsidRDefault="00210346" w:rsidP="00DB334C">
      <w:pPr>
        <w:spacing w:after="0" w:line="259" w:lineRule="auto"/>
        <w:ind w:left="286"/>
        <w:rPr>
          <w:rFonts w:asciiTheme="majorHAnsi" w:hAnsiTheme="majorHAnsi" w:cstheme="majorHAnsi"/>
        </w:rPr>
      </w:pPr>
      <w:r w:rsidRPr="00815DF9">
        <w:rPr>
          <w:rFonts w:asciiTheme="majorHAnsi" w:eastAsia="Calibri" w:hAnsiTheme="majorHAnsi" w:cstheme="majorHAnsi"/>
          <w:b/>
          <w:sz w:val="29"/>
        </w:rPr>
        <w:lastRenderedPageBreak/>
        <w:t xml:space="preserve">Finance  </w:t>
      </w:r>
    </w:p>
    <w:tbl>
      <w:tblPr>
        <w:tblStyle w:val="TableGrid0"/>
        <w:tblW w:w="10333" w:type="dxa"/>
        <w:tblInd w:w="308" w:type="dxa"/>
        <w:tblCellMar>
          <w:top w:w="79" w:type="dxa"/>
          <w:left w:w="113" w:type="dxa"/>
          <w:right w:w="59" w:type="dxa"/>
        </w:tblCellMar>
        <w:tblLook w:val="04A0" w:firstRow="1" w:lastRow="0" w:firstColumn="1" w:lastColumn="0" w:noHBand="0" w:noVBand="1"/>
      </w:tblPr>
      <w:tblGrid>
        <w:gridCol w:w="10333"/>
      </w:tblGrid>
      <w:tr w:rsidR="00210346" w:rsidRPr="00815DF9" w14:paraId="79E4B51B" w14:textId="77777777" w:rsidTr="00AB63D1">
        <w:trPr>
          <w:trHeight w:val="20"/>
        </w:trPr>
        <w:tc>
          <w:tcPr>
            <w:tcW w:w="10333" w:type="dxa"/>
            <w:tcBorders>
              <w:top w:val="single" w:sz="6" w:space="0" w:color="000000"/>
              <w:left w:val="single" w:sz="6" w:space="0" w:color="000000"/>
              <w:bottom w:val="single" w:sz="6" w:space="0" w:color="000000"/>
              <w:right w:val="single" w:sz="6" w:space="0" w:color="000000"/>
            </w:tcBorders>
          </w:tcPr>
          <w:p w14:paraId="38C3736E" w14:textId="77777777" w:rsidR="00210346" w:rsidRPr="00815DF9" w:rsidRDefault="00210346" w:rsidP="00766DEC">
            <w:pPr>
              <w:spacing w:after="105" w:line="236" w:lineRule="auto"/>
              <w:rPr>
                <w:rFonts w:asciiTheme="majorHAnsi" w:hAnsiTheme="majorHAnsi" w:cstheme="majorHAnsi"/>
                <w:sz w:val="22"/>
                <w:szCs w:val="22"/>
              </w:rPr>
            </w:pPr>
            <w:r w:rsidRPr="00815DF9">
              <w:rPr>
                <w:rFonts w:asciiTheme="majorHAnsi" w:eastAsia="Calibri" w:hAnsiTheme="majorHAnsi" w:cstheme="majorHAnsi"/>
                <w:b/>
                <w:sz w:val="22"/>
                <w:szCs w:val="22"/>
              </w:rPr>
              <w:t xml:space="preserve">What is the total cost of your project and how have you arrived at that cost? </w:t>
            </w:r>
            <w:r w:rsidRPr="00815DF9">
              <w:rPr>
                <w:rFonts w:asciiTheme="majorHAnsi" w:eastAsia="Calibri" w:hAnsiTheme="majorHAnsi" w:cstheme="majorHAnsi"/>
                <w:b/>
                <w:i/>
                <w:sz w:val="22"/>
                <w:szCs w:val="22"/>
              </w:rPr>
              <w:t>(</w:t>
            </w:r>
            <w:r w:rsidRPr="00815DF9">
              <w:rPr>
                <w:rFonts w:asciiTheme="majorHAnsi" w:eastAsia="Calibri" w:hAnsiTheme="majorHAnsi" w:cstheme="majorHAnsi"/>
                <w:i/>
                <w:sz w:val="22"/>
                <w:szCs w:val="22"/>
              </w:rPr>
              <w:t xml:space="preserve">Please include quotes where applicable) </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p w14:paraId="3D301D66" w14:textId="77777777" w:rsidR="00210346" w:rsidRPr="00815DF9" w:rsidRDefault="00210346" w:rsidP="00766DEC">
            <w:pPr>
              <w:spacing w:line="259" w:lineRule="auto"/>
              <w:rPr>
                <w:rFonts w:asciiTheme="majorHAnsi" w:hAnsiTheme="majorHAnsi" w:cstheme="majorHAnsi"/>
                <w:sz w:val="22"/>
                <w:szCs w:val="22"/>
              </w:rPr>
            </w:pPr>
            <w:r w:rsidRPr="00815DF9">
              <w:rPr>
                <w:rFonts w:asciiTheme="majorHAnsi" w:eastAsia="Calibri" w:hAnsiTheme="majorHAnsi" w:cstheme="majorHAnsi"/>
                <w:b/>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5D5BE7E2" w14:textId="77777777" w:rsidTr="00AB63D1">
        <w:trPr>
          <w:trHeight w:val="20"/>
        </w:trPr>
        <w:tc>
          <w:tcPr>
            <w:tcW w:w="10333" w:type="dxa"/>
            <w:tcBorders>
              <w:top w:val="single" w:sz="6" w:space="0" w:color="000000"/>
              <w:left w:val="single" w:sz="6" w:space="0" w:color="000000"/>
              <w:bottom w:val="single" w:sz="6" w:space="0" w:color="000000"/>
              <w:right w:val="single" w:sz="6" w:space="0" w:color="000000"/>
            </w:tcBorders>
          </w:tcPr>
          <w:p w14:paraId="5604D1F5" w14:textId="77777777" w:rsidR="00210346" w:rsidRPr="00815DF9" w:rsidRDefault="00210346" w:rsidP="00766DEC">
            <w:pPr>
              <w:spacing w:after="94" w:line="259" w:lineRule="auto"/>
              <w:rPr>
                <w:rFonts w:asciiTheme="majorHAnsi" w:hAnsiTheme="majorHAnsi" w:cstheme="majorHAnsi"/>
                <w:sz w:val="22"/>
                <w:szCs w:val="22"/>
              </w:rPr>
            </w:pPr>
            <w:r w:rsidRPr="00815DF9">
              <w:rPr>
                <w:rFonts w:asciiTheme="majorHAnsi" w:eastAsia="Calibri" w:hAnsiTheme="majorHAnsi" w:cstheme="majorHAnsi"/>
                <w:b/>
                <w:sz w:val="22"/>
                <w:szCs w:val="22"/>
              </w:rPr>
              <w:t xml:space="preserve">How much money are you applying for? </w:t>
            </w:r>
            <w:r w:rsidRPr="00815DF9">
              <w:rPr>
                <w:rFonts w:asciiTheme="majorHAnsi" w:eastAsia="Calibri" w:hAnsiTheme="majorHAnsi" w:cstheme="majorHAnsi"/>
                <w:sz w:val="22"/>
                <w:szCs w:val="22"/>
              </w:rPr>
              <w:t xml:space="preserve"> </w:t>
            </w:r>
          </w:p>
          <w:p w14:paraId="11F7754E" w14:textId="77777777" w:rsidR="00210346" w:rsidRPr="00815DF9" w:rsidRDefault="00210346" w:rsidP="00766DEC">
            <w:pPr>
              <w:spacing w:line="259" w:lineRule="auto"/>
              <w:rPr>
                <w:rFonts w:asciiTheme="majorHAnsi" w:hAnsiTheme="majorHAnsi" w:cstheme="majorHAnsi"/>
                <w:sz w:val="22"/>
                <w:szCs w:val="22"/>
              </w:rPr>
            </w:pP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6B5FB9B4" w14:textId="77777777" w:rsidTr="00AB63D1">
        <w:trPr>
          <w:trHeight w:val="20"/>
        </w:trPr>
        <w:tc>
          <w:tcPr>
            <w:tcW w:w="10333" w:type="dxa"/>
            <w:tcBorders>
              <w:top w:val="single" w:sz="6" w:space="0" w:color="000000"/>
              <w:left w:val="single" w:sz="6" w:space="0" w:color="000000"/>
              <w:bottom w:val="single" w:sz="6" w:space="0" w:color="000000"/>
              <w:right w:val="single" w:sz="6" w:space="0" w:color="000000"/>
            </w:tcBorders>
          </w:tcPr>
          <w:p w14:paraId="17AAB18B" w14:textId="77777777" w:rsidR="00210346" w:rsidRPr="00815DF9" w:rsidRDefault="00210346" w:rsidP="00766DEC">
            <w:pPr>
              <w:spacing w:line="259" w:lineRule="auto"/>
              <w:jc w:val="both"/>
              <w:rPr>
                <w:rFonts w:asciiTheme="majorHAnsi" w:eastAsia="Calibri" w:hAnsiTheme="majorHAnsi" w:cstheme="majorHAnsi"/>
                <w:sz w:val="20"/>
                <w:szCs w:val="20"/>
              </w:rPr>
            </w:pPr>
            <w:r w:rsidRPr="00815DF9">
              <w:rPr>
                <w:rFonts w:asciiTheme="majorHAnsi" w:eastAsia="Calibri" w:hAnsiTheme="majorHAnsi" w:cstheme="majorHAnsi"/>
                <w:b/>
                <w:sz w:val="22"/>
                <w:szCs w:val="22"/>
              </w:rPr>
              <w:t xml:space="preserve">What other funding opportunities have been identified? </w:t>
            </w:r>
            <w:r w:rsidRPr="00815DF9">
              <w:rPr>
                <w:rFonts w:asciiTheme="majorHAnsi" w:hAnsiTheme="majorHAnsi" w:cstheme="majorHAnsi"/>
                <w:sz w:val="22"/>
                <w:szCs w:val="22"/>
              </w:rPr>
              <w:t>(</w:t>
            </w:r>
            <w:r w:rsidRPr="00815DF9">
              <w:rPr>
                <w:rFonts w:asciiTheme="majorHAnsi" w:hAnsiTheme="majorHAnsi" w:cstheme="majorHAnsi"/>
                <w:sz w:val="20"/>
                <w:szCs w:val="20"/>
              </w:rPr>
              <w:t>Include details of internal fundraising and external grants. Also include details of any in-kind support, such as people giving their professional skills or time for free)</w:t>
            </w:r>
            <w:r w:rsidRPr="00815DF9">
              <w:rPr>
                <w:rFonts w:asciiTheme="majorHAnsi" w:eastAsia="Calibri" w:hAnsiTheme="majorHAnsi" w:cstheme="majorHAnsi"/>
                <w:b/>
                <w:sz w:val="20"/>
                <w:szCs w:val="20"/>
              </w:rPr>
              <w:t xml:space="preserve"> </w:t>
            </w:r>
            <w:r w:rsidRPr="00815DF9">
              <w:rPr>
                <w:rFonts w:asciiTheme="majorHAnsi" w:eastAsia="Calibri" w:hAnsiTheme="majorHAnsi" w:cstheme="majorHAnsi"/>
                <w:sz w:val="20"/>
                <w:szCs w:val="20"/>
              </w:rPr>
              <w:t xml:space="preserve"> </w:t>
            </w:r>
          </w:p>
          <w:p w14:paraId="29DBABEF" w14:textId="77777777" w:rsidR="00DB334C" w:rsidRPr="00815DF9" w:rsidRDefault="00DB334C" w:rsidP="00766DEC">
            <w:pPr>
              <w:spacing w:line="259" w:lineRule="auto"/>
              <w:jc w:val="both"/>
              <w:rPr>
                <w:rFonts w:asciiTheme="majorHAnsi" w:hAnsiTheme="majorHAnsi" w:cstheme="majorHAnsi"/>
                <w:sz w:val="22"/>
                <w:szCs w:val="22"/>
              </w:rPr>
            </w:pPr>
          </w:p>
        </w:tc>
      </w:tr>
      <w:tr w:rsidR="00210346" w:rsidRPr="00815DF9" w14:paraId="353B209A" w14:textId="77777777" w:rsidTr="00AB63D1">
        <w:trPr>
          <w:trHeight w:val="20"/>
        </w:trPr>
        <w:tc>
          <w:tcPr>
            <w:tcW w:w="10333" w:type="dxa"/>
            <w:tcBorders>
              <w:top w:val="single" w:sz="6" w:space="0" w:color="000000"/>
              <w:left w:val="single" w:sz="6" w:space="0" w:color="000000"/>
              <w:bottom w:val="single" w:sz="6" w:space="0" w:color="000000"/>
              <w:right w:val="single" w:sz="6" w:space="0" w:color="000000"/>
            </w:tcBorders>
          </w:tcPr>
          <w:p w14:paraId="52640BFA" w14:textId="77777777" w:rsidR="00210346" w:rsidRPr="00815DF9" w:rsidRDefault="00210346" w:rsidP="00766DEC">
            <w:pPr>
              <w:tabs>
                <w:tab w:val="center" w:pos="8411"/>
              </w:tabs>
              <w:spacing w:after="4" w:line="259" w:lineRule="auto"/>
              <w:rPr>
                <w:rFonts w:asciiTheme="majorHAnsi" w:hAnsiTheme="majorHAnsi" w:cstheme="majorHAnsi"/>
                <w:sz w:val="22"/>
                <w:szCs w:val="22"/>
              </w:rPr>
            </w:pPr>
            <w:r w:rsidRPr="00815DF9">
              <w:rPr>
                <w:rFonts w:asciiTheme="majorHAnsi" w:eastAsia="Calibri" w:hAnsiTheme="majorHAnsi" w:cstheme="majorHAnsi"/>
                <w:b/>
                <w:sz w:val="22"/>
                <w:szCs w:val="22"/>
              </w:rPr>
              <w:t xml:space="preserve">If you are awarded all grants will there, be a shortfall? if so, how much?  </w:t>
            </w:r>
            <w:r w:rsidRPr="00815DF9">
              <w:rPr>
                <w:rFonts w:asciiTheme="majorHAnsi" w:eastAsia="Calibri" w:hAnsiTheme="majorHAnsi" w:cstheme="majorHAnsi"/>
                <w:b/>
                <w:sz w:val="22"/>
                <w:szCs w:val="22"/>
              </w:rPr>
              <w:tab/>
              <w:t xml:space="preserve"> </w:t>
            </w:r>
          </w:p>
          <w:p w14:paraId="632C4AB6" w14:textId="0EDFB029" w:rsidR="00210346" w:rsidRPr="00815DF9" w:rsidRDefault="00210346" w:rsidP="00766DEC">
            <w:pPr>
              <w:spacing w:line="259" w:lineRule="auto"/>
              <w:rPr>
                <w:rFonts w:asciiTheme="majorHAnsi" w:hAnsiTheme="majorHAnsi" w:cstheme="majorHAnsi"/>
                <w:sz w:val="22"/>
                <w:szCs w:val="22"/>
              </w:rPr>
            </w:pPr>
          </w:p>
        </w:tc>
      </w:tr>
      <w:tr w:rsidR="00210346" w:rsidRPr="00815DF9" w14:paraId="57B6D051" w14:textId="77777777" w:rsidTr="00AB63D1">
        <w:trPr>
          <w:trHeight w:val="20"/>
        </w:trPr>
        <w:tc>
          <w:tcPr>
            <w:tcW w:w="10333" w:type="dxa"/>
            <w:tcBorders>
              <w:top w:val="single" w:sz="6" w:space="0" w:color="000000"/>
              <w:left w:val="single" w:sz="6" w:space="0" w:color="000000"/>
              <w:bottom w:val="single" w:sz="6" w:space="0" w:color="000000"/>
              <w:right w:val="single" w:sz="6" w:space="0" w:color="000000"/>
            </w:tcBorders>
          </w:tcPr>
          <w:p w14:paraId="385E90C8" w14:textId="77777777" w:rsidR="00210346" w:rsidRPr="00815DF9" w:rsidRDefault="00210346" w:rsidP="00766DEC">
            <w:pPr>
              <w:spacing w:line="259" w:lineRule="auto"/>
              <w:rPr>
                <w:rFonts w:asciiTheme="majorHAnsi" w:hAnsiTheme="majorHAnsi" w:cstheme="majorHAnsi"/>
                <w:sz w:val="22"/>
                <w:szCs w:val="22"/>
              </w:rPr>
            </w:pPr>
            <w:r w:rsidRPr="00815DF9">
              <w:rPr>
                <w:rFonts w:asciiTheme="majorHAnsi" w:eastAsia="Calibri" w:hAnsiTheme="majorHAnsi" w:cstheme="majorHAnsi"/>
                <w:b/>
                <w:sz w:val="22"/>
                <w:szCs w:val="22"/>
              </w:rPr>
              <w:t xml:space="preserve">How will any potential shortfall during the project be addressed?  </w:t>
            </w:r>
          </w:p>
          <w:p w14:paraId="1EE52485" w14:textId="77777777" w:rsidR="00210346" w:rsidRPr="00815DF9" w:rsidRDefault="00210346" w:rsidP="00766DEC">
            <w:pPr>
              <w:spacing w:line="259" w:lineRule="auto"/>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bl>
    <w:p w14:paraId="2F53958F" w14:textId="77777777" w:rsidR="00210346" w:rsidRPr="00815DF9" w:rsidRDefault="00210346" w:rsidP="00210346">
      <w:pPr>
        <w:spacing w:after="0" w:line="259" w:lineRule="auto"/>
        <w:ind w:left="281"/>
        <w:rPr>
          <w:rFonts w:asciiTheme="majorHAnsi" w:hAnsiTheme="majorHAnsi" w:cstheme="majorHAnsi"/>
        </w:rPr>
      </w:pPr>
      <w:r w:rsidRPr="00815DF9">
        <w:rPr>
          <w:rFonts w:asciiTheme="majorHAnsi" w:eastAsia="Calibri" w:hAnsiTheme="majorHAnsi" w:cstheme="majorHAnsi"/>
          <w:b/>
          <w:sz w:val="29"/>
        </w:rPr>
        <w:t xml:space="preserve">Supporting Information  </w:t>
      </w:r>
    </w:p>
    <w:tbl>
      <w:tblPr>
        <w:tblStyle w:val="TableGrid0"/>
        <w:tblW w:w="10333" w:type="dxa"/>
        <w:tblInd w:w="308" w:type="dxa"/>
        <w:tblCellMar>
          <w:top w:w="77" w:type="dxa"/>
          <w:left w:w="113" w:type="dxa"/>
          <w:right w:w="23" w:type="dxa"/>
        </w:tblCellMar>
        <w:tblLook w:val="04A0" w:firstRow="1" w:lastRow="0" w:firstColumn="1" w:lastColumn="0" w:noHBand="0" w:noVBand="1"/>
      </w:tblPr>
      <w:tblGrid>
        <w:gridCol w:w="9323"/>
        <w:gridCol w:w="1010"/>
      </w:tblGrid>
      <w:tr w:rsidR="00210346" w:rsidRPr="00815DF9" w14:paraId="19886FC0" w14:textId="77777777" w:rsidTr="009C0B9B">
        <w:trPr>
          <w:trHeight w:val="20"/>
        </w:trPr>
        <w:tc>
          <w:tcPr>
            <w:tcW w:w="9323" w:type="dxa"/>
            <w:tcBorders>
              <w:top w:val="single" w:sz="6" w:space="0" w:color="000000"/>
              <w:left w:val="single" w:sz="6" w:space="0" w:color="000000"/>
              <w:bottom w:val="single" w:sz="6" w:space="0" w:color="000000"/>
              <w:right w:val="single" w:sz="6" w:space="0" w:color="000000"/>
            </w:tcBorders>
          </w:tcPr>
          <w:p w14:paraId="349D4858" w14:textId="77777777" w:rsidR="00210346" w:rsidRPr="00815DF9" w:rsidRDefault="00210346" w:rsidP="00766DEC">
            <w:pPr>
              <w:spacing w:line="259" w:lineRule="auto"/>
              <w:rPr>
                <w:rFonts w:asciiTheme="majorHAnsi" w:hAnsiTheme="majorHAnsi" w:cstheme="majorHAnsi"/>
                <w:sz w:val="22"/>
                <w:szCs w:val="22"/>
              </w:rPr>
            </w:pPr>
            <w:r w:rsidRPr="00815DF9">
              <w:rPr>
                <w:rFonts w:asciiTheme="majorHAnsi" w:eastAsia="Calibri" w:hAnsiTheme="majorHAnsi" w:cstheme="majorHAnsi"/>
                <w:b/>
                <w:sz w:val="22"/>
                <w:szCs w:val="22"/>
              </w:rPr>
              <w:t xml:space="preserve">For Small Grants of up to £500, applicants are required to submit: </w:t>
            </w:r>
            <w:r w:rsidRPr="00815DF9">
              <w:rPr>
                <w:rFonts w:asciiTheme="majorHAnsi" w:eastAsia="Calibri" w:hAnsiTheme="majorHAnsi" w:cstheme="majorHAnsi"/>
                <w:sz w:val="22"/>
                <w:szCs w:val="22"/>
              </w:rPr>
              <w:t xml:space="preserve"> </w:t>
            </w:r>
          </w:p>
        </w:tc>
        <w:tc>
          <w:tcPr>
            <w:tcW w:w="1010" w:type="dxa"/>
            <w:tcBorders>
              <w:top w:val="single" w:sz="6" w:space="0" w:color="000000"/>
              <w:left w:val="single" w:sz="6" w:space="0" w:color="000000"/>
              <w:bottom w:val="single" w:sz="6" w:space="0" w:color="000000"/>
              <w:right w:val="single" w:sz="6" w:space="0" w:color="000000"/>
            </w:tcBorders>
          </w:tcPr>
          <w:p w14:paraId="10ED370E" w14:textId="77777777" w:rsidR="00210346" w:rsidRPr="00815DF9" w:rsidRDefault="00210346" w:rsidP="00766DEC">
            <w:pPr>
              <w:spacing w:line="259" w:lineRule="auto"/>
              <w:ind w:left="15"/>
              <w:rPr>
                <w:rFonts w:asciiTheme="majorHAnsi" w:hAnsiTheme="majorHAnsi" w:cstheme="majorHAnsi"/>
                <w:sz w:val="22"/>
                <w:szCs w:val="22"/>
              </w:rPr>
            </w:pPr>
            <w:r w:rsidRPr="00815DF9">
              <w:rPr>
                <w:rFonts w:asciiTheme="majorHAnsi" w:eastAsia="Calibri" w:hAnsiTheme="majorHAnsi" w:cstheme="majorHAnsi"/>
                <w:i/>
                <w:sz w:val="22"/>
                <w:szCs w:val="22"/>
              </w:rPr>
              <w:t xml:space="preserve">Tick if </w:t>
            </w:r>
            <w:r w:rsidRPr="00815DF9">
              <w:rPr>
                <w:rFonts w:asciiTheme="majorHAnsi" w:eastAsia="Calibri" w:hAnsiTheme="majorHAnsi" w:cstheme="majorHAnsi"/>
                <w:sz w:val="22"/>
                <w:szCs w:val="22"/>
              </w:rPr>
              <w:t xml:space="preserve"> </w:t>
            </w:r>
          </w:p>
          <w:p w14:paraId="7765DAD1" w14:textId="77777777" w:rsidR="00210346" w:rsidRPr="00815DF9" w:rsidRDefault="00210346" w:rsidP="00766DEC">
            <w:pPr>
              <w:spacing w:line="259" w:lineRule="auto"/>
              <w:ind w:left="15"/>
              <w:rPr>
                <w:rFonts w:asciiTheme="majorHAnsi" w:hAnsiTheme="majorHAnsi" w:cstheme="majorHAnsi"/>
                <w:sz w:val="22"/>
                <w:szCs w:val="22"/>
              </w:rPr>
            </w:pPr>
            <w:r w:rsidRPr="00815DF9">
              <w:rPr>
                <w:rFonts w:asciiTheme="majorHAnsi" w:eastAsia="Calibri" w:hAnsiTheme="majorHAnsi" w:cstheme="majorHAnsi"/>
                <w:i/>
                <w:sz w:val="22"/>
                <w:szCs w:val="22"/>
              </w:rPr>
              <w:t xml:space="preserve">enclosed </w:t>
            </w:r>
            <w:r w:rsidRPr="00815DF9">
              <w:rPr>
                <w:rFonts w:asciiTheme="majorHAnsi" w:eastAsia="Calibri" w:hAnsiTheme="majorHAnsi" w:cstheme="majorHAnsi"/>
                <w:sz w:val="22"/>
                <w:szCs w:val="22"/>
              </w:rPr>
              <w:t xml:space="preserve"> </w:t>
            </w:r>
          </w:p>
        </w:tc>
      </w:tr>
      <w:tr w:rsidR="00210346" w:rsidRPr="00815DF9" w14:paraId="5D75CAFB" w14:textId="77777777" w:rsidTr="009C0B9B">
        <w:trPr>
          <w:trHeight w:val="20"/>
        </w:trPr>
        <w:tc>
          <w:tcPr>
            <w:tcW w:w="9323" w:type="dxa"/>
            <w:tcBorders>
              <w:top w:val="single" w:sz="6" w:space="0" w:color="000000"/>
              <w:left w:val="single" w:sz="6" w:space="0" w:color="000000"/>
              <w:bottom w:val="single" w:sz="6" w:space="0" w:color="000000"/>
              <w:right w:val="single" w:sz="6" w:space="0" w:color="000000"/>
            </w:tcBorders>
          </w:tcPr>
          <w:p w14:paraId="2233DAEA" w14:textId="77777777" w:rsidR="00210346" w:rsidRPr="00815DF9" w:rsidRDefault="00210346" w:rsidP="00766DEC">
            <w:pPr>
              <w:spacing w:line="259" w:lineRule="auto"/>
              <w:rPr>
                <w:rFonts w:asciiTheme="majorHAnsi" w:hAnsiTheme="majorHAnsi" w:cstheme="majorHAnsi"/>
                <w:sz w:val="22"/>
                <w:szCs w:val="22"/>
              </w:rPr>
            </w:pPr>
            <w:r w:rsidRPr="00815DF9">
              <w:rPr>
                <w:rFonts w:asciiTheme="majorHAnsi" w:hAnsiTheme="majorHAnsi" w:cstheme="majorHAnsi"/>
                <w:sz w:val="22"/>
                <w:szCs w:val="22"/>
              </w:rPr>
              <w:t xml:space="preserve">A written statement of how the grant is to be used.  </w:t>
            </w:r>
            <w:r w:rsidRPr="00815DF9">
              <w:rPr>
                <w:rFonts w:asciiTheme="majorHAnsi" w:eastAsia="Calibri" w:hAnsiTheme="majorHAnsi" w:cstheme="majorHAnsi"/>
                <w:sz w:val="22"/>
                <w:szCs w:val="22"/>
              </w:rPr>
              <w:t xml:space="preserve"> </w:t>
            </w:r>
          </w:p>
        </w:tc>
        <w:tc>
          <w:tcPr>
            <w:tcW w:w="1010" w:type="dxa"/>
            <w:tcBorders>
              <w:top w:val="single" w:sz="6" w:space="0" w:color="000000"/>
              <w:left w:val="single" w:sz="6" w:space="0" w:color="000000"/>
              <w:bottom w:val="single" w:sz="6" w:space="0" w:color="000000"/>
              <w:right w:val="single" w:sz="6" w:space="0" w:color="000000"/>
            </w:tcBorders>
          </w:tcPr>
          <w:p w14:paraId="3A620565" w14:textId="77777777" w:rsidR="00210346" w:rsidRPr="00815DF9" w:rsidRDefault="00210346" w:rsidP="00766DEC">
            <w:pPr>
              <w:spacing w:line="259" w:lineRule="auto"/>
              <w:ind w:left="195"/>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0901D85E" w14:textId="77777777" w:rsidTr="009C0B9B">
        <w:trPr>
          <w:trHeight w:val="20"/>
        </w:trPr>
        <w:tc>
          <w:tcPr>
            <w:tcW w:w="9323" w:type="dxa"/>
            <w:tcBorders>
              <w:top w:val="single" w:sz="6" w:space="0" w:color="000000"/>
              <w:left w:val="single" w:sz="6" w:space="0" w:color="000000"/>
              <w:bottom w:val="single" w:sz="6" w:space="0" w:color="000000"/>
              <w:right w:val="single" w:sz="6" w:space="0" w:color="000000"/>
            </w:tcBorders>
          </w:tcPr>
          <w:p w14:paraId="0AF8F07B" w14:textId="77777777" w:rsidR="00210346" w:rsidRPr="00815DF9" w:rsidRDefault="00210346" w:rsidP="00766DEC">
            <w:pPr>
              <w:spacing w:line="259" w:lineRule="auto"/>
              <w:jc w:val="both"/>
              <w:rPr>
                <w:rFonts w:asciiTheme="majorHAnsi" w:hAnsiTheme="majorHAnsi" w:cstheme="majorHAnsi"/>
                <w:sz w:val="22"/>
                <w:szCs w:val="22"/>
              </w:rPr>
            </w:pPr>
            <w:r w:rsidRPr="00815DF9">
              <w:rPr>
                <w:rFonts w:asciiTheme="majorHAnsi" w:hAnsiTheme="majorHAnsi" w:cstheme="majorHAnsi"/>
                <w:sz w:val="22"/>
                <w:szCs w:val="22"/>
              </w:rPr>
              <w:t xml:space="preserve">A copy of the organisation's written rules, constitution, or other governing document must be provided with the application. These documents shall be current and properly authorised.  </w:t>
            </w:r>
            <w:r w:rsidRPr="00815DF9">
              <w:rPr>
                <w:rFonts w:asciiTheme="majorHAnsi" w:eastAsia="Calibri" w:hAnsiTheme="majorHAnsi" w:cstheme="majorHAnsi"/>
                <w:sz w:val="22"/>
                <w:szCs w:val="22"/>
              </w:rPr>
              <w:t xml:space="preserve"> </w:t>
            </w:r>
          </w:p>
        </w:tc>
        <w:tc>
          <w:tcPr>
            <w:tcW w:w="1010" w:type="dxa"/>
            <w:tcBorders>
              <w:top w:val="single" w:sz="6" w:space="0" w:color="000000"/>
              <w:left w:val="single" w:sz="6" w:space="0" w:color="000000"/>
              <w:bottom w:val="single" w:sz="6" w:space="0" w:color="000000"/>
              <w:right w:val="single" w:sz="6" w:space="0" w:color="000000"/>
            </w:tcBorders>
          </w:tcPr>
          <w:p w14:paraId="0B2E4460" w14:textId="77777777" w:rsidR="00210346" w:rsidRPr="00815DF9" w:rsidRDefault="00210346" w:rsidP="00766DEC">
            <w:pPr>
              <w:spacing w:line="259" w:lineRule="auto"/>
              <w:ind w:left="195"/>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52391546" w14:textId="77777777" w:rsidTr="009C0B9B">
        <w:trPr>
          <w:trHeight w:val="20"/>
        </w:trPr>
        <w:tc>
          <w:tcPr>
            <w:tcW w:w="9323" w:type="dxa"/>
            <w:tcBorders>
              <w:top w:val="single" w:sz="6" w:space="0" w:color="000000"/>
              <w:left w:val="single" w:sz="6" w:space="0" w:color="000000"/>
              <w:bottom w:val="single" w:sz="6" w:space="0" w:color="000000"/>
              <w:right w:val="single" w:sz="6" w:space="0" w:color="000000"/>
            </w:tcBorders>
          </w:tcPr>
          <w:p w14:paraId="26D6382F" w14:textId="77777777" w:rsidR="00210346" w:rsidRPr="00815DF9" w:rsidRDefault="00210346" w:rsidP="00766DEC">
            <w:pPr>
              <w:spacing w:line="259" w:lineRule="auto"/>
              <w:rPr>
                <w:rFonts w:asciiTheme="majorHAnsi" w:hAnsiTheme="majorHAnsi" w:cstheme="majorHAnsi"/>
                <w:sz w:val="22"/>
                <w:szCs w:val="22"/>
              </w:rPr>
            </w:pPr>
            <w:r w:rsidRPr="00815DF9">
              <w:rPr>
                <w:rFonts w:asciiTheme="majorHAnsi" w:hAnsiTheme="majorHAnsi" w:cstheme="majorHAnsi"/>
                <w:sz w:val="22"/>
                <w:szCs w:val="22"/>
              </w:rPr>
              <w:t xml:space="preserve">A copy of their latest annual accounts/latest bank statement/balance sheet OR (for new groups) an income and expenditure plan for their first year of operation. </w:t>
            </w:r>
            <w:r w:rsidRPr="00815DF9">
              <w:rPr>
                <w:rFonts w:asciiTheme="majorHAnsi" w:eastAsia="Calibri" w:hAnsiTheme="majorHAnsi" w:cstheme="majorHAnsi"/>
                <w:sz w:val="22"/>
                <w:szCs w:val="22"/>
              </w:rPr>
              <w:t xml:space="preserve"> </w:t>
            </w:r>
          </w:p>
        </w:tc>
        <w:tc>
          <w:tcPr>
            <w:tcW w:w="1010" w:type="dxa"/>
            <w:tcBorders>
              <w:top w:val="single" w:sz="6" w:space="0" w:color="000000"/>
              <w:left w:val="single" w:sz="6" w:space="0" w:color="000000"/>
              <w:bottom w:val="single" w:sz="6" w:space="0" w:color="000000"/>
              <w:right w:val="single" w:sz="6" w:space="0" w:color="000000"/>
            </w:tcBorders>
          </w:tcPr>
          <w:p w14:paraId="03363919" w14:textId="77777777" w:rsidR="00210346" w:rsidRPr="00815DF9" w:rsidRDefault="00210346" w:rsidP="00766DEC">
            <w:pPr>
              <w:spacing w:line="259" w:lineRule="auto"/>
              <w:ind w:left="195"/>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45C5C037" w14:textId="77777777" w:rsidTr="009C0B9B">
        <w:trPr>
          <w:trHeight w:val="20"/>
        </w:trPr>
        <w:tc>
          <w:tcPr>
            <w:tcW w:w="9323" w:type="dxa"/>
            <w:tcBorders>
              <w:top w:val="single" w:sz="6" w:space="0" w:color="000000"/>
              <w:left w:val="single" w:sz="6" w:space="0" w:color="000000"/>
              <w:bottom w:val="single" w:sz="6" w:space="0" w:color="000000"/>
              <w:right w:val="single" w:sz="6" w:space="0" w:color="000000"/>
            </w:tcBorders>
          </w:tcPr>
          <w:p w14:paraId="72F20A2D" w14:textId="77777777" w:rsidR="00210346" w:rsidRPr="00815DF9" w:rsidRDefault="00210346" w:rsidP="00766DEC">
            <w:pPr>
              <w:spacing w:line="259" w:lineRule="auto"/>
              <w:rPr>
                <w:rFonts w:asciiTheme="majorHAnsi" w:hAnsiTheme="majorHAnsi" w:cstheme="majorHAnsi"/>
                <w:sz w:val="22"/>
                <w:szCs w:val="22"/>
              </w:rPr>
            </w:pPr>
            <w:r w:rsidRPr="00815DF9">
              <w:rPr>
                <w:rFonts w:asciiTheme="majorHAnsi" w:hAnsiTheme="majorHAnsi" w:cstheme="majorHAnsi"/>
                <w:sz w:val="22"/>
                <w:szCs w:val="22"/>
              </w:rPr>
              <w:t xml:space="preserve">A copy of the organisation’s Public Liability Insurance to the value of at least £1 million. </w:t>
            </w:r>
            <w:r w:rsidRPr="00815DF9">
              <w:rPr>
                <w:rFonts w:asciiTheme="majorHAnsi" w:eastAsia="Calibri" w:hAnsiTheme="majorHAnsi" w:cstheme="majorHAnsi"/>
                <w:sz w:val="22"/>
                <w:szCs w:val="22"/>
              </w:rPr>
              <w:t xml:space="preserve"> </w:t>
            </w:r>
          </w:p>
        </w:tc>
        <w:tc>
          <w:tcPr>
            <w:tcW w:w="1010" w:type="dxa"/>
            <w:tcBorders>
              <w:top w:val="single" w:sz="6" w:space="0" w:color="000000"/>
              <w:left w:val="single" w:sz="6" w:space="0" w:color="000000"/>
              <w:bottom w:val="single" w:sz="6" w:space="0" w:color="000000"/>
              <w:right w:val="single" w:sz="6" w:space="0" w:color="000000"/>
            </w:tcBorders>
          </w:tcPr>
          <w:p w14:paraId="4A7D58D5" w14:textId="77777777" w:rsidR="00210346" w:rsidRPr="00815DF9" w:rsidRDefault="00210346" w:rsidP="00766DEC">
            <w:pPr>
              <w:spacing w:line="259" w:lineRule="auto"/>
              <w:ind w:left="195"/>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bl>
    <w:p w14:paraId="4E6BD9D8" w14:textId="77777777" w:rsidR="00210346" w:rsidRPr="00815DF9" w:rsidRDefault="00210346" w:rsidP="00210346">
      <w:pPr>
        <w:spacing w:after="0" w:line="259" w:lineRule="auto"/>
        <w:ind w:left="281"/>
        <w:rPr>
          <w:rFonts w:asciiTheme="majorHAnsi" w:hAnsiTheme="majorHAnsi" w:cstheme="majorHAnsi"/>
        </w:rPr>
      </w:pPr>
      <w:r w:rsidRPr="00815DF9">
        <w:rPr>
          <w:rFonts w:asciiTheme="majorHAnsi" w:eastAsia="Calibri" w:hAnsiTheme="majorHAnsi" w:cstheme="majorHAnsi"/>
          <w:b/>
          <w:sz w:val="29"/>
        </w:rPr>
        <w:t xml:space="preserve">Declaration  </w:t>
      </w:r>
    </w:p>
    <w:tbl>
      <w:tblPr>
        <w:tblStyle w:val="TableGrid0"/>
        <w:tblW w:w="10333" w:type="dxa"/>
        <w:tblInd w:w="308" w:type="dxa"/>
        <w:tblCellMar>
          <w:top w:w="77" w:type="dxa"/>
          <w:left w:w="113" w:type="dxa"/>
          <w:right w:w="17" w:type="dxa"/>
        </w:tblCellMar>
        <w:tblLook w:val="04A0" w:firstRow="1" w:lastRow="0" w:firstColumn="1" w:lastColumn="0" w:noHBand="0" w:noVBand="1"/>
      </w:tblPr>
      <w:tblGrid>
        <w:gridCol w:w="9749"/>
        <w:gridCol w:w="584"/>
      </w:tblGrid>
      <w:tr w:rsidR="00210346" w:rsidRPr="00815DF9" w14:paraId="47F235CE" w14:textId="77777777" w:rsidTr="00AB63D1">
        <w:trPr>
          <w:trHeight w:val="20"/>
        </w:trPr>
        <w:tc>
          <w:tcPr>
            <w:tcW w:w="10333" w:type="dxa"/>
            <w:gridSpan w:val="2"/>
            <w:tcBorders>
              <w:top w:val="single" w:sz="6" w:space="0" w:color="000000"/>
              <w:left w:val="single" w:sz="6" w:space="0" w:color="000000"/>
              <w:bottom w:val="single" w:sz="6" w:space="0" w:color="000000"/>
              <w:right w:val="single" w:sz="6" w:space="0" w:color="000000"/>
            </w:tcBorders>
          </w:tcPr>
          <w:p w14:paraId="1A910179" w14:textId="77777777" w:rsidR="00210346" w:rsidRPr="00815DF9" w:rsidRDefault="00210346" w:rsidP="00766DEC">
            <w:pPr>
              <w:tabs>
                <w:tab w:val="center" w:pos="9342"/>
              </w:tabs>
              <w:spacing w:line="259" w:lineRule="auto"/>
              <w:rPr>
                <w:rFonts w:asciiTheme="majorHAnsi" w:hAnsiTheme="majorHAnsi" w:cstheme="majorHAnsi"/>
                <w:sz w:val="22"/>
                <w:szCs w:val="22"/>
              </w:rPr>
            </w:pPr>
            <w:r w:rsidRPr="00815DF9">
              <w:rPr>
                <w:rFonts w:asciiTheme="majorHAnsi" w:eastAsia="Calibri" w:hAnsiTheme="majorHAnsi" w:cstheme="majorHAnsi"/>
                <w:b/>
                <w:sz w:val="22"/>
                <w:szCs w:val="22"/>
              </w:rPr>
              <w:t xml:space="preserve">By submitting this funding application, I confirm: </w:t>
            </w:r>
            <w:r w:rsidRPr="00815DF9">
              <w:rPr>
                <w:rFonts w:asciiTheme="majorHAnsi" w:eastAsia="Calibri" w:hAnsiTheme="majorHAnsi" w:cstheme="majorHAnsi"/>
                <w:sz w:val="22"/>
                <w:szCs w:val="22"/>
              </w:rPr>
              <w:t xml:space="preserve"> </w:t>
            </w:r>
            <w:r w:rsidRPr="00815DF9">
              <w:rPr>
                <w:rFonts w:asciiTheme="majorHAnsi" w:eastAsia="Calibri" w:hAnsiTheme="majorHAnsi" w:cstheme="majorHAnsi"/>
                <w:sz w:val="22"/>
                <w:szCs w:val="22"/>
              </w:rPr>
              <w:tab/>
              <w:t xml:space="preserve"> </w:t>
            </w:r>
          </w:p>
        </w:tc>
      </w:tr>
      <w:tr w:rsidR="00210346" w:rsidRPr="00815DF9" w14:paraId="4F3608E4" w14:textId="77777777" w:rsidTr="009C0B9B">
        <w:trPr>
          <w:trHeight w:val="20"/>
        </w:trPr>
        <w:tc>
          <w:tcPr>
            <w:tcW w:w="9749" w:type="dxa"/>
            <w:tcBorders>
              <w:top w:val="single" w:sz="6" w:space="0" w:color="000000"/>
              <w:left w:val="single" w:sz="6" w:space="0" w:color="000000"/>
              <w:bottom w:val="single" w:sz="6" w:space="0" w:color="000000"/>
              <w:right w:val="single" w:sz="6" w:space="0" w:color="000000"/>
            </w:tcBorders>
          </w:tcPr>
          <w:p w14:paraId="3206F82D" w14:textId="77777777" w:rsidR="00210346" w:rsidRPr="00815DF9" w:rsidRDefault="00210346" w:rsidP="00766DEC">
            <w:pPr>
              <w:spacing w:line="259" w:lineRule="auto"/>
              <w:rPr>
                <w:rFonts w:asciiTheme="majorHAnsi" w:hAnsiTheme="majorHAnsi" w:cstheme="majorHAnsi"/>
                <w:sz w:val="22"/>
                <w:szCs w:val="22"/>
              </w:rPr>
            </w:pPr>
            <w:r w:rsidRPr="00815DF9">
              <w:rPr>
                <w:rFonts w:asciiTheme="majorHAnsi" w:hAnsiTheme="majorHAnsi" w:cstheme="majorHAnsi"/>
                <w:sz w:val="22"/>
                <w:szCs w:val="22"/>
              </w:rPr>
              <w:t>That I am authorised by the group to apply for grant funding.</w:t>
            </w:r>
            <w:r w:rsidRPr="00815DF9">
              <w:rPr>
                <w:rFonts w:asciiTheme="majorHAnsi" w:eastAsia="Calibri" w:hAnsiTheme="majorHAnsi" w:cstheme="majorHAnsi"/>
                <w:b/>
                <w:sz w:val="22"/>
                <w:szCs w:val="22"/>
              </w:rPr>
              <w:t xml:space="preserve"> </w:t>
            </w:r>
            <w:r w:rsidRPr="00815DF9">
              <w:rPr>
                <w:rFonts w:asciiTheme="majorHAnsi" w:eastAsia="Calibri" w:hAnsiTheme="majorHAnsi" w:cstheme="majorHAnsi"/>
                <w:sz w:val="22"/>
                <w:szCs w:val="22"/>
              </w:rPr>
              <w:t xml:space="preserve"> </w:t>
            </w:r>
          </w:p>
        </w:tc>
        <w:tc>
          <w:tcPr>
            <w:tcW w:w="584" w:type="dxa"/>
            <w:tcBorders>
              <w:top w:val="single" w:sz="6" w:space="0" w:color="000000"/>
              <w:left w:val="single" w:sz="6" w:space="0" w:color="000000"/>
              <w:bottom w:val="single" w:sz="6" w:space="0" w:color="000000"/>
              <w:right w:val="single" w:sz="6" w:space="0" w:color="000000"/>
            </w:tcBorders>
          </w:tcPr>
          <w:p w14:paraId="506BB61B" w14:textId="77777777" w:rsidR="00210346" w:rsidRPr="00815DF9" w:rsidRDefault="00210346" w:rsidP="00766DEC">
            <w:pPr>
              <w:spacing w:line="259" w:lineRule="auto"/>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45C4EC09" w14:textId="77777777" w:rsidTr="009C0B9B">
        <w:trPr>
          <w:trHeight w:val="20"/>
        </w:trPr>
        <w:tc>
          <w:tcPr>
            <w:tcW w:w="9749" w:type="dxa"/>
            <w:tcBorders>
              <w:top w:val="single" w:sz="6" w:space="0" w:color="000000"/>
              <w:left w:val="single" w:sz="6" w:space="0" w:color="000000"/>
              <w:bottom w:val="single" w:sz="6" w:space="0" w:color="000000"/>
              <w:right w:val="single" w:sz="6" w:space="0" w:color="000000"/>
            </w:tcBorders>
          </w:tcPr>
          <w:p w14:paraId="66FFFFEC" w14:textId="77777777" w:rsidR="00210346" w:rsidRPr="00815DF9" w:rsidRDefault="00210346" w:rsidP="00766DEC">
            <w:pPr>
              <w:spacing w:line="259" w:lineRule="auto"/>
              <w:rPr>
                <w:rFonts w:asciiTheme="majorHAnsi" w:hAnsiTheme="majorHAnsi" w:cstheme="majorHAnsi"/>
                <w:sz w:val="22"/>
                <w:szCs w:val="22"/>
              </w:rPr>
            </w:pPr>
            <w:r w:rsidRPr="00815DF9">
              <w:rPr>
                <w:rFonts w:asciiTheme="majorHAnsi" w:hAnsiTheme="majorHAnsi" w:cstheme="majorHAnsi"/>
                <w:sz w:val="22"/>
                <w:szCs w:val="22"/>
              </w:rPr>
              <w:t>That this application complies with Council’s grant funding criteria.</w:t>
            </w:r>
            <w:r w:rsidRPr="00815DF9">
              <w:rPr>
                <w:rFonts w:asciiTheme="majorHAnsi" w:eastAsia="Calibri" w:hAnsiTheme="majorHAnsi" w:cstheme="majorHAnsi"/>
                <w:b/>
                <w:sz w:val="22"/>
                <w:szCs w:val="22"/>
              </w:rPr>
              <w:t xml:space="preserve"> </w:t>
            </w:r>
            <w:r w:rsidRPr="00815DF9">
              <w:rPr>
                <w:rFonts w:asciiTheme="majorHAnsi" w:eastAsia="Calibri" w:hAnsiTheme="majorHAnsi" w:cstheme="majorHAnsi"/>
                <w:sz w:val="22"/>
                <w:szCs w:val="22"/>
              </w:rPr>
              <w:t xml:space="preserve"> </w:t>
            </w:r>
          </w:p>
        </w:tc>
        <w:tc>
          <w:tcPr>
            <w:tcW w:w="584" w:type="dxa"/>
            <w:tcBorders>
              <w:top w:val="single" w:sz="6" w:space="0" w:color="000000"/>
              <w:left w:val="single" w:sz="6" w:space="0" w:color="000000"/>
              <w:bottom w:val="single" w:sz="6" w:space="0" w:color="000000"/>
              <w:right w:val="single" w:sz="6" w:space="0" w:color="000000"/>
            </w:tcBorders>
          </w:tcPr>
          <w:p w14:paraId="0609EC8F" w14:textId="77777777" w:rsidR="00210346" w:rsidRPr="00815DF9" w:rsidRDefault="00210346" w:rsidP="00766DEC">
            <w:pPr>
              <w:spacing w:line="259" w:lineRule="auto"/>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1FFACE45" w14:textId="77777777" w:rsidTr="009C0B9B">
        <w:trPr>
          <w:trHeight w:val="20"/>
        </w:trPr>
        <w:tc>
          <w:tcPr>
            <w:tcW w:w="9749" w:type="dxa"/>
            <w:tcBorders>
              <w:top w:val="single" w:sz="6" w:space="0" w:color="000000"/>
              <w:left w:val="single" w:sz="6" w:space="0" w:color="000000"/>
              <w:bottom w:val="single" w:sz="6" w:space="0" w:color="000000"/>
              <w:right w:val="single" w:sz="6" w:space="0" w:color="000000"/>
            </w:tcBorders>
          </w:tcPr>
          <w:p w14:paraId="2E9FF70D" w14:textId="1DC3DB9F" w:rsidR="00210346" w:rsidRPr="00815DF9" w:rsidRDefault="009C0B9B" w:rsidP="009C0B9B">
            <w:pPr>
              <w:spacing w:line="259" w:lineRule="auto"/>
              <w:rPr>
                <w:rFonts w:asciiTheme="majorHAnsi" w:hAnsiTheme="majorHAnsi" w:cstheme="majorHAnsi"/>
                <w:sz w:val="22"/>
                <w:szCs w:val="22"/>
              </w:rPr>
            </w:pPr>
            <w:r w:rsidRPr="00815DF9">
              <w:rPr>
                <w:rFonts w:asciiTheme="majorHAnsi" w:hAnsiTheme="majorHAnsi" w:cstheme="majorHAnsi"/>
                <w:sz w:val="22"/>
                <w:szCs w:val="22"/>
              </w:rPr>
              <w:t>T</w:t>
            </w:r>
            <w:r w:rsidR="00210346" w:rsidRPr="00815DF9">
              <w:rPr>
                <w:rFonts w:asciiTheme="majorHAnsi" w:hAnsiTheme="majorHAnsi" w:cstheme="majorHAnsi"/>
                <w:sz w:val="22"/>
                <w:szCs w:val="22"/>
              </w:rPr>
              <w:t xml:space="preserve">he group agrees to provide a report after 6 months of </w:t>
            </w:r>
            <w:r w:rsidRPr="00815DF9">
              <w:rPr>
                <w:rFonts w:asciiTheme="majorHAnsi" w:hAnsiTheme="majorHAnsi" w:cstheme="majorHAnsi"/>
                <w:sz w:val="22"/>
                <w:szCs w:val="22"/>
              </w:rPr>
              <w:t>an</w:t>
            </w:r>
            <w:r w:rsidR="00210346" w:rsidRPr="00815DF9">
              <w:rPr>
                <w:rFonts w:asciiTheme="majorHAnsi" w:hAnsiTheme="majorHAnsi" w:cstheme="majorHAnsi"/>
                <w:sz w:val="22"/>
                <w:szCs w:val="22"/>
              </w:rPr>
              <w:t xml:space="preserve"> award being made as a condition of funding.</w:t>
            </w:r>
            <w:r w:rsidR="00210346" w:rsidRPr="00815DF9">
              <w:rPr>
                <w:rFonts w:asciiTheme="majorHAnsi" w:eastAsia="Calibri" w:hAnsiTheme="majorHAnsi" w:cstheme="majorHAnsi"/>
                <w:b/>
                <w:sz w:val="22"/>
                <w:szCs w:val="22"/>
              </w:rPr>
              <w:t xml:space="preserve"> </w:t>
            </w:r>
            <w:r w:rsidR="00210346" w:rsidRPr="00815DF9">
              <w:rPr>
                <w:rFonts w:asciiTheme="majorHAnsi" w:eastAsia="Calibri" w:hAnsiTheme="majorHAnsi" w:cstheme="majorHAnsi"/>
                <w:sz w:val="22"/>
                <w:szCs w:val="22"/>
              </w:rPr>
              <w:t xml:space="preserve"> </w:t>
            </w:r>
          </w:p>
        </w:tc>
        <w:tc>
          <w:tcPr>
            <w:tcW w:w="584" w:type="dxa"/>
            <w:tcBorders>
              <w:top w:val="single" w:sz="6" w:space="0" w:color="000000"/>
              <w:left w:val="single" w:sz="6" w:space="0" w:color="000000"/>
              <w:bottom w:val="single" w:sz="6" w:space="0" w:color="000000"/>
              <w:right w:val="single" w:sz="6" w:space="0" w:color="000000"/>
            </w:tcBorders>
          </w:tcPr>
          <w:p w14:paraId="49D58923" w14:textId="77777777" w:rsidR="00210346" w:rsidRPr="00815DF9" w:rsidRDefault="00210346" w:rsidP="00766DEC">
            <w:pPr>
              <w:spacing w:line="259" w:lineRule="auto"/>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16649616" w14:textId="77777777" w:rsidTr="009C0B9B">
        <w:trPr>
          <w:trHeight w:val="20"/>
        </w:trPr>
        <w:tc>
          <w:tcPr>
            <w:tcW w:w="9749" w:type="dxa"/>
            <w:tcBorders>
              <w:top w:val="single" w:sz="6" w:space="0" w:color="000000"/>
              <w:left w:val="single" w:sz="6" w:space="0" w:color="000000"/>
              <w:bottom w:val="single" w:sz="6" w:space="0" w:color="000000"/>
              <w:right w:val="single" w:sz="6" w:space="0" w:color="000000"/>
            </w:tcBorders>
          </w:tcPr>
          <w:p w14:paraId="73C7FCA3" w14:textId="77777777" w:rsidR="00210346" w:rsidRPr="00815DF9" w:rsidRDefault="00210346" w:rsidP="00766DEC">
            <w:pPr>
              <w:spacing w:line="259" w:lineRule="auto"/>
              <w:rPr>
                <w:rFonts w:asciiTheme="majorHAnsi" w:hAnsiTheme="majorHAnsi" w:cstheme="majorHAnsi"/>
                <w:sz w:val="22"/>
                <w:szCs w:val="22"/>
              </w:rPr>
            </w:pPr>
            <w:r w:rsidRPr="00815DF9">
              <w:rPr>
                <w:rFonts w:asciiTheme="majorHAnsi" w:hAnsiTheme="majorHAnsi" w:cstheme="majorHAnsi"/>
                <w:sz w:val="22"/>
                <w:szCs w:val="22"/>
              </w:rPr>
              <w:t>The application is accompanied by all supporting documentation listed in Section D.</w:t>
            </w:r>
            <w:r w:rsidRPr="00815DF9">
              <w:rPr>
                <w:rFonts w:asciiTheme="majorHAnsi" w:eastAsia="Calibri" w:hAnsiTheme="majorHAnsi" w:cstheme="majorHAnsi"/>
                <w:b/>
                <w:sz w:val="22"/>
                <w:szCs w:val="22"/>
              </w:rPr>
              <w:t xml:space="preserve"> </w:t>
            </w:r>
            <w:r w:rsidRPr="00815DF9">
              <w:rPr>
                <w:rFonts w:asciiTheme="majorHAnsi" w:eastAsia="Calibri" w:hAnsiTheme="majorHAnsi" w:cstheme="majorHAnsi"/>
                <w:sz w:val="22"/>
                <w:szCs w:val="22"/>
              </w:rPr>
              <w:t xml:space="preserve"> </w:t>
            </w:r>
          </w:p>
        </w:tc>
        <w:tc>
          <w:tcPr>
            <w:tcW w:w="584" w:type="dxa"/>
            <w:tcBorders>
              <w:top w:val="single" w:sz="6" w:space="0" w:color="000000"/>
              <w:left w:val="single" w:sz="6" w:space="0" w:color="000000"/>
              <w:bottom w:val="single" w:sz="6" w:space="0" w:color="000000"/>
              <w:right w:val="single" w:sz="6" w:space="0" w:color="000000"/>
            </w:tcBorders>
          </w:tcPr>
          <w:p w14:paraId="5A33F5AB" w14:textId="77777777" w:rsidR="00210346" w:rsidRPr="00815DF9" w:rsidRDefault="00210346" w:rsidP="00766DEC">
            <w:pPr>
              <w:spacing w:line="259" w:lineRule="auto"/>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50DF3BCE" w14:textId="77777777" w:rsidTr="009C0B9B">
        <w:trPr>
          <w:trHeight w:val="20"/>
        </w:trPr>
        <w:tc>
          <w:tcPr>
            <w:tcW w:w="9749" w:type="dxa"/>
            <w:tcBorders>
              <w:top w:val="single" w:sz="6" w:space="0" w:color="000000"/>
              <w:left w:val="single" w:sz="6" w:space="0" w:color="000000"/>
              <w:bottom w:val="single" w:sz="6" w:space="0" w:color="000000"/>
              <w:right w:val="single" w:sz="6" w:space="0" w:color="000000"/>
            </w:tcBorders>
          </w:tcPr>
          <w:p w14:paraId="2BDE923A" w14:textId="77777777" w:rsidR="00210346" w:rsidRPr="00815DF9" w:rsidRDefault="00210346" w:rsidP="00766DEC">
            <w:pPr>
              <w:spacing w:line="259" w:lineRule="auto"/>
              <w:rPr>
                <w:rFonts w:asciiTheme="majorHAnsi" w:hAnsiTheme="majorHAnsi" w:cstheme="majorHAnsi"/>
                <w:sz w:val="22"/>
                <w:szCs w:val="22"/>
              </w:rPr>
            </w:pPr>
            <w:r w:rsidRPr="00815DF9">
              <w:rPr>
                <w:rFonts w:asciiTheme="majorHAnsi" w:hAnsiTheme="majorHAnsi" w:cstheme="majorHAnsi"/>
                <w:sz w:val="22"/>
                <w:szCs w:val="22"/>
              </w:rPr>
              <w:t xml:space="preserve">That any unspent monies shall be returned to Council. </w:t>
            </w:r>
            <w:r w:rsidRPr="00815DF9">
              <w:rPr>
                <w:rFonts w:asciiTheme="majorHAnsi" w:eastAsia="Calibri" w:hAnsiTheme="majorHAnsi" w:cstheme="majorHAnsi"/>
                <w:sz w:val="22"/>
                <w:szCs w:val="22"/>
              </w:rPr>
              <w:t xml:space="preserve"> </w:t>
            </w:r>
          </w:p>
        </w:tc>
        <w:tc>
          <w:tcPr>
            <w:tcW w:w="584" w:type="dxa"/>
            <w:tcBorders>
              <w:top w:val="single" w:sz="6" w:space="0" w:color="000000"/>
              <w:left w:val="single" w:sz="6" w:space="0" w:color="000000"/>
              <w:bottom w:val="single" w:sz="6" w:space="0" w:color="000000"/>
              <w:right w:val="single" w:sz="6" w:space="0" w:color="000000"/>
            </w:tcBorders>
          </w:tcPr>
          <w:p w14:paraId="149C7272" w14:textId="77777777" w:rsidR="00210346" w:rsidRPr="00815DF9" w:rsidRDefault="00210346" w:rsidP="00766DEC">
            <w:pPr>
              <w:spacing w:line="259" w:lineRule="auto"/>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74B0A22E" w14:textId="77777777" w:rsidTr="009C0B9B">
        <w:trPr>
          <w:trHeight w:val="20"/>
        </w:trPr>
        <w:tc>
          <w:tcPr>
            <w:tcW w:w="9749" w:type="dxa"/>
            <w:tcBorders>
              <w:top w:val="single" w:sz="6" w:space="0" w:color="000000"/>
              <w:left w:val="single" w:sz="6" w:space="0" w:color="000000"/>
              <w:bottom w:val="single" w:sz="6" w:space="0" w:color="000000"/>
              <w:right w:val="single" w:sz="6" w:space="0" w:color="000000"/>
            </w:tcBorders>
          </w:tcPr>
          <w:p w14:paraId="1F06371D" w14:textId="77777777" w:rsidR="00210346" w:rsidRPr="00815DF9" w:rsidRDefault="00210346" w:rsidP="00766DEC">
            <w:pPr>
              <w:spacing w:line="259" w:lineRule="auto"/>
              <w:rPr>
                <w:rFonts w:asciiTheme="majorHAnsi" w:hAnsiTheme="majorHAnsi" w:cstheme="majorHAnsi"/>
                <w:sz w:val="22"/>
                <w:szCs w:val="22"/>
              </w:rPr>
            </w:pPr>
            <w:r w:rsidRPr="00815DF9">
              <w:rPr>
                <w:rFonts w:asciiTheme="majorHAnsi" w:hAnsiTheme="majorHAnsi" w:cstheme="majorHAnsi"/>
                <w:sz w:val="22"/>
                <w:szCs w:val="22"/>
              </w:rPr>
              <w:t xml:space="preserve">Should this organisation be discontinued, funds up to the value of this grant will be returned to the Parish Council. </w:t>
            </w:r>
            <w:r w:rsidRPr="00815DF9">
              <w:rPr>
                <w:rFonts w:asciiTheme="majorHAnsi" w:eastAsia="Calibri" w:hAnsiTheme="majorHAnsi" w:cstheme="majorHAnsi"/>
                <w:b/>
                <w:sz w:val="22"/>
                <w:szCs w:val="22"/>
              </w:rPr>
              <w:t xml:space="preserve"> </w:t>
            </w:r>
            <w:r w:rsidRPr="00815DF9">
              <w:rPr>
                <w:rFonts w:asciiTheme="majorHAnsi" w:eastAsia="Calibri" w:hAnsiTheme="majorHAnsi" w:cstheme="majorHAnsi"/>
                <w:sz w:val="22"/>
                <w:szCs w:val="22"/>
              </w:rPr>
              <w:t xml:space="preserve"> </w:t>
            </w:r>
          </w:p>
        </w:tc>
        <w:tc>
          <w:tcPr>
            <w:tcW w:w="584" w:type="dxa"/>
            <w:tcBorders>
              <w:top w:val="single" w:sz="6" w:space="0" w:color="000000"/>
              <w:left w:val="single" w:sz="6" w:space="0" w:color="000000"/>
              <w:bottom w:val="single" w:sz="6" w:space="0" w:color="000000"/>
              <w:right w:val="single" w:sz="6" w:space="0" w:color="000000"/>
            </w:tcBorders>
          </w:tcPr>
          <w:p w14:paraId="4C7D0EE1" w14:textId="77777777" w:rsidR="00210346" w:rsidRPr="00815DF9" w:rsidRDefault="00210346" w:rsidP="00766DEC">
            <w:pPr>
              <w:spacing w:line="259" w:lineRule="auto"/>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bl>
    <w:p w14:paraId="374AB3C0" w14:textId="230E5B6A" w:rsidR="00210346" w:rsidRPr="00815DF9" w:rsidRDefault="00210346" w:rsidP="00815DF9">
      <w:pPr>
        <w:spacing w:after="0" w:line="240" w:lineRule="auto"/>
        <w:ind w:left="296"/>
        <w:rPr>
          <w:rFonts w:asciiTheme="majorHAnsi" w:hAnsiTheme="majorHAnsi" w:cstheme="majorHAnsi"/>
        </w:rPr>
      </w:pPr>
      <w:r w:rsidRPr="00815DF9">
        <w:rPr>
          <w:rFonts w:asciiTheme="majorHAnsi" w:hAnsiTheme="majorHAnsi" w:cstheme="majorHAnsi"/>
        </w:rPr>
        <w:t xml:space="preserve">Send this completed form with accompanying documents (e.g. quotes) to the Parish Clerk via email: </w:t>
      </w:r>
      <w:r w:rsidRPr="00815DF9">
        <w:rPr>
          <w:rFonts w:asciiTheme="majorHAnsi" w:eastAsia="Calibri" w:hAnsiTheme="majorHAnsi" w:cstheme="majorHAnsi"/>
        </w:rPr>
        <w:t xml:space="preserve"> </w:t>
      </w:r>
      <w:r w:rsidRPr="00815DF9">
        <w:rPr>
          <w:rFonts w:asciiTheme="majorHAnsi" w:hAnsiTheme="majorHAnsi" w:cstheme="majorHAnsi"/>
        </w:rPr>
        <w:t>clerk@</w:t>
      </w:r>
      <w:r w:rsidR="001F56A5" w:rsidRPr="00815DF9">
        <w:rPr>
          <w:rFonts w:asciiTheme="majorHAnsi" w:hAnsiTheme="majorHAnsi" w:cstheme="majorHAnsi"/>
        </w:rPr>
        <w:t>worthmatravers</w:t>
      </w:r>
      <w:r w:rsidRPr="00815DF9">
        <w:rPr>
          <w:rFonts w:asciiTheme="majorHAnsi" w:hAnsiTheme="majorHAnsi" w:cstheme="majorHAnsi"/>
        </w:rPr>
        <w:t xml:space="preserve">parishcouncil.gov.uk  </w:t>
      </w:r>
      <w:r w:rsidRPr="00815DF9">
        <w:rPr>
          <w:rFonts w:asciiTheme="majorHAnsi" w:eastAsia="Calibri" w:hAnsiTheme="majorHAnsi" w:cstheme="majorHAnsi"/>
        </w:rPr>
        <w:t xml:space="preserve"> </w:t>
      </w:r>
    </w:p>
    <w:p w14:paraId="47DE9C19" w14:textId="77777777" w:rsidR="00210346" w:rsidRPr="00815DF9" w:rsidRDefault="00210346" w:rsidP="00815DF9">
      <w:pPr>
        <w:spacing w:after="0" w:line="240" w:lineRule="auto"/>
        <w:ind w:left="296"/>
        <w:rPr>
          <w:rFonts w:asciiTheme="majorHAnsi" w:hAnsiTheme="majorHAnsi" w:cstheme="majorHAnsi"/>
        </w:rPr>
      </w:pPr>
      <w:r w:rsidRPr="00815DF9">
        <w:rPr>
          <w:rFonts w:asciiTheme="majorHAnsi" w:hAnsiTheme="majorHAnsi" w:cstheme="majorHAnsi"/>
        </w:rPr>
        <w:t xml:space="preserve">If you have any queries or require any help completing this form, please contact us in the first instance </w:t>
      </w:r>
      <w:r w:rsidRPr="00815DF9">
        <w:rPr>
          <w:rFonts w:asciiTheme="majorHAnsi" w:eastAsia="Calibri" w:hAnsiTheme="majorHAnsi" w:cstheme="majorHAnsi"/>
        </w:rPr>
        <w:t xml:space="preserve"> </w:t>
      </w:r>
    </w:p>
    <w:p w14:paraId="421752A2" w14:textId="77777777" w:rsidR="00210346" w:rsidRPr="00815DF9" w:rsidRDefault="00210346" w:rsidP="00815DF9">
      <w:pPr>
        <w:spacing w:after="0" w:line="240" w:lineRule="auto"/>
        <w:ind w:left="284"/>
        <w:rPr>
          <w:rFonts w:asciiTheme="majorHAnsi" w:hAnsiTheme="majorHAnsi" w:cstheme="majorHAnsi"/>
        </w:rPr>
      </w:pPr>
      <w:r w:rsidRPr="00815DF9">
        <w:rPr>
          <w:rFonts w:asciiTheme="majorHAnsi" w:hAnsiTheme="majorHAnsi" w:cstheme="majorHAnsi"/>
        </w:rPr>
        <w:t xml:space="preserve"> </w:t>
      </w:r>
      <w:r w:rsidRPr="00815DF9">
        <w:rPr>
          <w:rFonts w:asciiTheme="majorHAnsi" w:eastAsia="Calibri" w:hAnsiTheme="majorHAnsi" w:cstheme="majorHAnsi"/>
        </w:rPr>
        <w:t xml:space="preserve"> </w:t>
      </w:r>
    </w:p>
    <w:p w14:paraId="13C9EBBE" w14:textId="1366ECCF" w:rsidR="00210346" w:rsidRDefault="00210346" w:rsidP="00815DF9">
      <w:pPr>
        <w:tabs>
          <w:tab w:val="center" w:pos="750"/>
          <w:tab w:val="center" w:pos="3007"/>
          <w:tab w:val="left" w:pos="4536"/>
          <w:tab w:val="left" w:pos="5670"/>
          <w:tab w:val="left" w:pos="8789"/>
        </w:tabs>
        <w:spacing w:after="0" w:line="240" w:lineRule="auto"/>
        <w:ind w:left="-17"/>
        <w:rPr>
          <w:rFonts w:asciiTheme="majorHAnsi" w:eastAsia="Calibri" w:hAnsiTheme="majorHAnsi" w:cstheme="majorHAnsi"/>
          <w:b/>
          <w:u w:val="single"/>
        </w:rPr>
      </w:pPr>
      <w:r w:rsidRPr="00815DF9">
        <w:rPr>
          <w:rFonts w:asciiTheme="majorHAnsi" w:eastAsia="Calibri" w:hAnsiTheme="majorHAnsi" w:cstheme="majorHAnsi"/>
        </w:rPr>
        <w:t xml:space="preserve"> </w:t>
      </w:r>
      <w:r w:rsidRPr="00815DF9">
        <w:rPr>
          <w:rFonts w:asciiTheme="majorHAnsi" w:eastAsia="Calibri" w:hAnsiTheme="majorHAnsi" w:cstheme="majorHAnsi"/>
        </w:rPr>
        <w:tab/>
      </w:r>
      <w:r w:rsidRPr="00815DF9">
        <w:rPr>
          <w:rFonts w:asciiTheme="majorHAnsi" w:eastAsia="Calibri" w:hAnsiTheme="majorHAnsi" w:cstheme="majorHAnsi"/>
          <w:b/>
        </w:rPr>
        <w:t xml:space="preserve">Signed.  </w:t>
      </w:r>
      <w:r w:rsidRPr="00815DF9">
        <w:rPr>
          <w:rFonts w:asciiTheme="majorHAnsi" w:eastAsia="Calibri" w:hAnsiTheme="majorHAnsi" w:cstheme="majorHAnsi"/>
          <w:b/>
          <w:u w:val="single"/>
        </w:rPr>
        <w:tab/>
      </w:r>
      <w:r w:rsidR="00DB334C" w:rsidRPr="00815DF9">
        <w:rPr>
          <w:rFonts w:asciiTheme="majorHAnsi" w:eastAsia="Calibri" w:hAnsiTheme="majorHAnsi" w:cstheme="majorHAnsi"/>
          <w:b/>
          <w:u w:val="single"/>
        </w:rPr>
        <w:tab/>
      </w:r>
      <w:r w:rsidR="00815DF9" w:rsidRPr="00815DF9">
        <w:rPr>
          <w:rFonts w:asciiTheme="majorHAnsi" w:eastAsia="Calibri" w:hAnsiTheme="majorHAnsi" w:cstheme="majorHAnsi"/>
          <w:b/>
        </w:rPr>
        <w:tab/>
        <w:t xml:space="preserve">Date  </w:t>
      </w:r>
      <w:r w:rsidR="00815DF9" w:rsidRPr="00815DF9">
        <w:rPr>
          <w:rFonts w:asciiTheme="majorHAnsi" w:eastAsia="Calibri" w:hAnsiTheme="majorHAnsi" w:cstheme="majorHAnsi"/>
          <w:b/>
          <w:u w:val="single"/>
        </w:rPr>
        <w:tab/>
      </w:r>
      <w:r w:rsidR="00815DF9" w:rsidRPr="00815DF9">
        <w:rPr>
          <w:rFonts w:asciiTheme="majorHAnsi" w:eastAsia="Calibri" w:hAnsiTheme="majorHAnsi" w:cstheme="majorHAnsi"/>
          <w:b/>
          <w:u w:val="single"/>
        </w:rPr>
        <w:tab/>
      </w:r>
    </w:p>
    <w:p w14:paraId="1102AF90" w14:textId="77777777" w:rsidR="00815DF9" w:rsidRPr="00815DF9" w:rsidRDefault="00815DF9" w:rsidP="00815DF9">
      <w:pPr>
        <w:tabs>
          <w:tab w:val="center" w:pos="750"/>
          <w:tab w:val="center" w:pos="3007"/>
          <w:tab w:val="left" w:pos="4536"/>
          <w:tab w:val="left" w:pos="5670"/>
          <w:tab w:val="left" w:pos="8789"/>
        </w:tabs>
        <w:spacing w:after="0" w:line="240" w:lineRule="auto"/>
        <w:ind w:left="-17"/>
        <w:rPr>
          <w:rFonts w:asciiTheme="majorHAnsi" w:hAnsiTheme="majorHAnsi" w:cstheme="majorHAnsi"/>
        </w:rPr>
      </w:pPr>
    </w:p>
    <w:p w14:paraId="4465982A" w14:textId="0E304477" w:rsidR="00210346" w:rsidRPr="00815DF9" w:rsidRDefault="00210346" w:rsidP="00815DF9">
      <w:pPr>
        <w:tabs>
          <w:tab w:val="center" w:pos="632"/>
          <w:tab w:val="center" w:pos="3007"/>
          <w:tab w:val="left" w:pos="4536"/>
        </w:tabs>
        <w:spacing w:after="0" w:line="240" w:lineRule="auto"/>
        <w:ind w:left="-17"/>
        <w:rPr>
          <w:rFonts w:asciiTheme="majorHAnsi" w:hAnsiTheme="majorHAnsi" w:cstheme="majorHAnsi"/>
        </w:rPr>
      </w:pPr>
      <w:r w:rsidRPr="00815DF9">
        <w:rPr>
          <w:rFonts w:asciiTheme="majorHAnsi" w:eastAsia="Calibri" w:hAnsiTheme="majorHAnsi" w:cstheme="majorHAnsi"/>
        </w:rPr>
        <w:t xml:space="preserve"> </w:t>
      </w:r>
      <w:r w:rsidRPr="00815DF9">
        <w:rPr>
          <w:rFonts w:asciiTheme="majorHAnsi" w:eastAsia="Calibri" w:hAnsiTheme="majorHAnsi" w:cstheme="majorHAnsi"/>
        </w:rPr>
        <w:tab/>
      </w:r>
      <w:r w:rsidRPr="00815DF9">
        <w:rPr>
          <w:rFonts w:asciiTheme="majorHAnsi" w:eastAsia="Calibri" w:hAnsiTheme="majorHAnsi" w:cstheme="majorHAnsi"/>
          <w:b/>
        </w:rPr>
        <w:t xml:space="preserve">Print  </w:t>
      </w:r>
      <w:r w:rsidRPr="00815DF9">
        <w:rPr>
          <w:rFonts w:asciiTheme="majorHAnsi" w:eastAsia="Calibri" w:hAnsiTheme="majorHAnsi" w:cstheme="majorHAnsi"/>
          <w:b/>
          <w:u w:val="single"/>
        </w:rPr>
        <w:tab/>
      </w:r>
      <w:r w:rsidR="00DB334C" w:rsidRPr="00815DF9">
        <w:rPr>
          <w:rFonts w:asciiTheme="majorHAnsi" w:eastAsia="Calibri" w:hAnsiTheme="majorHAnsi" w:cstheme="majorHAnsi"/>
          <w:b/>
          <w:u w:val="single"/>
        </w:rPr>
        <w:tab/>
      </w:r>
    </w:p>
    <w:p w14:paraId="77C56774" w14:textId="77777777" w:rsidR="009C1BE5" w:rsidRDefault="009C1BE5" w:rsidP="00815DF9">
      <w:pPr>
        <w:tabs>
          <w:tab w:val="center" w:pos="635"/>
          <w:tab w:val="center" w:pos="2865"/>
          <w:tab w:val="left" w:pos="4536"/>
        </w:tabs>
        <w:spacing w:after="0" w:line="240" w:lineRule="auto"/>
        <w:ind w:left="-17"/>
        <w:rPr>
          <w:rFonts w:asciiTheme="majorHAnsi" w:eastAsia="Calibri" w:hAnsiTheme="majorHAnsi" w:cstheme="majorHAnsi"/>
        </w:rPr>
      </w:pPr>
    </w:p>
    <w:p w14:paraId="17D5396D" w14:textId="77777777" w:rsidR="009C1BE5" w:rsidRDefault="009C1BE5" w:rsidP="00815DF9">
      <w:pPr>
        <w:tabs>
          <w:tab w:val="center" w:pos="635"/>
          <w:tab w:val="center" w:pos="2865"/>
          <w:tab w:val="left" w:pos="4536"/>
        </w:tabs>
        <w:spacing w:after="0" w:line="240" w:lineRule="auto"/>
        <w:ind w:left="-17"/>
        <w:rPr>
          <w:rFonts w:asciiTheme="majorHAnsi" w:eastAsia="Calibri" w:hAnsiTheme="majorHAnsi" w:cstheme="majorHAnsi"/>
        </w:rPr>
      </w:pPr>
    </w:p>
    <w:p w14:paraId="6D006A1B" w14:textId="77777777" w:rsidR="009C1BE5" w:rsidRDefault="009C1BE5" w:rsidP="00815DF9">
      <w:pPr>
        <w:tabs>
          <w:tab w:val="center" w:pos="635"/>
          <w:tab w:val="center" w:pos="2865"/>
          <w:tab w:val="left" w:pos="4536"/>
        </w:tabs>
        <w:spacing w:after="0" w:line="240" w:lineRule="auto"/>
        <w:ind w:left="-17"/>
        <w:rPr>
          <w:rFonts w:asciiTheme="majorHAnsi" w:eastAsia="Calibri" w:hAnsiTheme="majorHAnsi" w:cstheme="majorHAnsi"/>
        </w:rPr>
      </w:pPr>
    </w:p>
    <w:p w14:paraId="6F68742F" w14:textId="77777777" w:rsidR="009C1BE5" w:rsidRDefault="009C1BE5" w:rsidP="00815DF9">
      <w:pPr>
        <w:tabs>
          <w:tab w:val="center" w:pos="635"/>
          <w:tab w:val="center" w:pos="2865"/>
          <w:tab w:val="left" w:pos="4536"/>
        </w:tabs>
        <w:spacing w:after="0" w:line="240" w:lineRule="auto"/>
        <w:ind w:left="-17"/>
        <w:rPr>
          <w:rFonts w:asciiTheme="majorHAnsi" w:eastAsia="Calibri" w:hAnsiTheme="majorHAnsi" w:cstheme="majorHAnsi"/>
        </w:rPr>
      </w:pPr>
    </w:p>
    <w:p w14:paraId="62887BE5" w14:textId="43F37F53" w:rsidR="00210346" w:rsidRPr="00815DF9" w:rsidRDefault="00210346" w:rsidP="00815DF9">
      <w:pPr>
        <w:tabs>
          <w:tab w:val="center" w:pos="635"/>
          <w:tab w:val="center" w:pos="2865"/>
          <w:tab w:val="left" w:pos="4536"/>
        </w:tabs>
        <w:spacing w:after="0" w:line="240" w:lineRule="auto"/>
        <w:ind w:left="-17"/>
        <w:rPr>
          <w:rFonts w:asciiTheme="majorHAnsi" w:hAnsiTheme="majorHAnsi" w:cstheme="majorHAnsi"/>
        </w:rPr>
      </w:pPr>
      <w:r w:rsidRPr="00815DF9">
        <w:rPr>
          <w:rFonts w:asciiTheme="majorHAnsi" w:eastAsia="Calibri" w:hAnsiTheme="majorHAnsi" w:cstheme="majorHAnsi"/>
        </w:rPr>
        <w:lastRenderedPageBreak/>
        <w:t xml:space="preserve"> </w:t>
      </w:r>
      <w:r w:rsidRPr="00815DF9">
        <w:rPr>
          <w:rFonts w:asciiTheme="majorHAnsi" w:eastAsia="Calibri" w:hAnsiTheme="majorHAnsi" w:cstheme="majorHAnsi"/>
        </w:rPr>
        <w:tab/>
      </w:r>
      <w:r w:rsidRPr="00815DF9">
        <w:rPr>
          <w:rFonts w:asciiTheme="majorHAnsi" w:eastAsia="Calibri" w:hAnsiTheme="majorHAnsi" w:cstheme="majorHAnsi"/>
          <w:b/>
        </w:rPr>
        <w:t xml:space="preserve">APPENDIX B – LARGE GRANT APPLICATION FORM </w:t>
      </w:r>
      <w:r w:rsidRPr="00815DF9">
        <w:rPr>
          <w:rFonts w:asciiTheme="majorHAnsi" w:eastAsia="Calibri" w:hAnsiTheme="majorHAnsi" w:cstheme="majorHAnsi"/>
        </w:rPr>
        <w:t xml:space="preserve"> </w:t>
      </w:r>
    </w:p>
    <w:p w14:paraId="2905E75F" w14:textId="77777777" w:rsidR="00210346" w:rsidRPr="00815DF9" w:rsidRDefault="00210346" w:rsidP="00210346">
      <w:pPr>
        <w:spacing w:after="21"/>
        <w:ind w:left="281"/>
        <w:rPr>
          <w:rFonts w:asciiTheme="majorHAnsi" w:hAnsiTheme="majorHAnsi" w:cstheme="majorHAnsi"/>
        </w:rPr>
      </w:pPr>
      <w:r w:rsidRPr="00815DF9">
        <w:rPr>
          <w:rFonts w:asciiTheme="majorHAnsi" w:eastAsia="Calibri" w:hAnsiTheme="majorHAnsi" w:cstheme="majorHAnsi"/>
          <w:i/>
        </w:rPr>
        <w:t xml:space="preserve">N.B.  </w:t>
      </w:r>
      <w:r w:rsidRPr="00815DF9">
        <w:rPr>
          <w:rFonts w:asciiTheme="majorHAnsi" w:eastAsia="Calibri" w:hAnsiTheme="majorHAnsi" w:cstheme="majorHAnsi"/>
        </w:rPr>
        <w:t xml:space="preserve"> </w:t>
      </w:r>
    </w:p>
    <w:p w14:paraId="6289DF8E" w14:textId="77777777" w:rsidR="00210346" w:rsidRPr="00815DF9" w:rsidRDefault="00210346" w:rsidP="00210346">
      <w:pPr>
        <w:numPr>
          <w:ilvl w:val="0"/>
          <w:numId w:val="13"/>
        </w:numPr>
        <w:spacing w:after="21" w:line="248" w:lineRule="auto"/>
        <w:ind w:hanging="285"/>
        <w:rPr>
          <w:rFonts w:asciiTheme="majorHAnsi" w:hAnsiTheme="majorHAnsi" w:cstheme="majorHAnsi"/>
        </w:rPr>
      </w:pPr>
      <w:r w:rsidRPr="00815DF9">
        <w:rPr>
          <w:rFonts w:asciiTheme="majorHAnsi" w:eastAsia="Calibri" w:hAnsiTheme="majorHAnsi" w:cstheme="majorHAnsi"/>
          <w:i/>
        </w:rPr>
        <w:t xml:space="preserve">Personal data will be redacted before this form is published.  </w:t>
      </w:r>
      <w:r w:rsidRPr="00815DF9">
        <w:rPr>
          <w:rFonts w:asciiTheme="majorHAnsi" w:eastAsia="Calibri" w:hAnsiTheme="majorHAnsi" w:cstheme="majorHAnsi"/>
        </w:rPr>
        <w:t xml:space="preserve"> </w:t>
      </w:r>
    </w:p>
    <w:p w14:paraId="5E5245B1" w14:textId="77777777" w:rsidR="00210346" w:rsidRPr="00815DF9" w:rsidRDefault="00210346" w:rsidP="00210346">
      <w:pPr>
        <w:numPr>
          <w:ilvl w:val="0"/>
          <w:numId w:val="13"/>
        </w:numPr>
        <w:spacing w:after="49" w:line="248" w:lineRule="auto"/>
        <w:ind w:hanging="285"/>
        <w:rPr>
          <w:rFonts w:asciiTheme="majorHAnsi" w:hAnsiTheme="majorHAnsi" w:cstheme="majorHAnsi"/>
        </w:rPr>
      </w:pPr>
      <w:r w:rsidRPr="00815DF9">
        <w:rPr>
          <w:rFonts w:asciiTheme="majorHAnsi" w:eastAsia="Calibri" w:hAnsiTheme="majorHAnsi" w:cstheme="majorHAnsi"/>
          <w:i/>
        </w:rPr>
        <w:t xml:space="preserve">This form is for grants over £500; for awards of £500 or less please use the Small Grant Form. </w:t>
      </w:r>
      <w:r w:rsidRPr="00815DF9">
        <w:rPr>
          <w:rFonts w:asciiTheme="majorHAnsi" w:eastAsia="Calibri" w:hAnsiTheme="majorHAnsi" w:cstheme="majorHAnsi"/>
        </w:rPr>
        <w:t xml:space="preserve"> </w:t>
      </w:r>
    </w:p>
    <w:p w14:paraId="154881DA" w14:textId="77777777" w:rsidR="00210346" w:rsidRPr="00815DF9" w:rsidRDefault="00210346" w:rsidP="00210346">
      <w:pPr>
        <w:numPr>
          <w:ilvl w:val="0"/>
          <w:numId w:val="13"/>
        </w:numPr>
        <w:spacing w:after="21" w:line="248" w:lineRule="auto"/>
        <w:ind w:hanging="285"/>
        <w:rPr>
          <w:rFonts w:asciiTheme="majorHAnsi" w:hAnsiTheme="majorHAnsi" w:cstheme="majorHAnsi"/>
        </w:rPr>
      </w:pPr>
      <w:r w:rsidRPr="00815DF9">
        <w:rPr>
          <w:rFonts w:asciiTheme="majorHAnsi" w:eastAsia="Calibri" w:hAnsiTheme="majorHAnsi" w:cstheme="majorHAnsi"/>
          <w:i/>
        </w:rPr>
        <w:t xml:space="preserve">To avoid delays in processing your application, please take time to read the Grant Awarding Policy before submitting your form and make sure to attach all additional information that we have requested. </w:t>
      </w:r>
      <w:r w:rsidRPr="00815DF9">
        <w:rPr>
          <w:rFonts w:asciiTheme="majorHAnsi" w:eastAsia="Calibri" w:hAnsiTheme="majorHAnsi" w:cstheme="majorHAnsi"/>
        </w:rPr>
        <w:t xml:space="preserve"> </w:t>
      </w:r>
    </w:p>
    <w:p w14:paraId="19AA46EA" w14:textId="77777777" w:rsidR="00210346" w:rsidRPr="00815DF9" w:rsidRDefault="00210346" w:rsidP="00210346">
      <w:pPr>
        <w:numPr>
          <w:ilvl w:val="0"/>
          <w:numId w:val="13"/>
        </w:numPr>
        <w:spacing w:after="60" w:line="248" w:lineRule="auto"/>
        <w:ind w:hanging="285"/>
        <w:rPr>
          <w:rFonts w:asciiTheme="majorHAnsi" w:hAnsiTheme="majorHAnsi" w:cstheme="majorHAnsi"/>
        </w:rPr>
      </w:pPr>
      <w:r w:rsidRPr="00815DF9">
        <w:rPr>
          <w:rFonts w:asciiTheme="majorHAnsi" w:eastAsia="Calibri" w:hAnsiTheme="majorHAnsi" w:cstheme="majorHAnsi"/>
          <w:i/>
        </w:rPr>
        <w:t xml:space="preserve">Please ensure your application is submitted in plenty of time: we cannot pay for project costs that you have already incurred </w:t>
      </w:r>
      <w:r w:rsidRPr="00815DF9">
        <w:rPr>
          <w:rFonts w:asciiTheme="majorHAnsi" w:eastAsia="Calibri" w:hAnsiTheme="majorHAnsi" w:cstheme="majorHAnsi"/>
        </w:rPr>
        <w:t xml:space="preserve"> </w:t>
      </w:r>
    </w:p>
    <w:p w14:paraId="346F33C2" w14:textId="77777777" w:rsidR="00210346" w:rsidRPr="00815DF9" w:rsidRDefault="00210346" w:rsidP="00210346">
      <w:pPr>
        <w:spacing w:after="0" w:line="259" w:lineRule="auto"/>
        <w:ind w:left="281"/>
        <w:rPr>
          <w:rFonts w:asciiTheme="majorHAnsi" w:hAnsiTheme="majorHAnsi" w:cstheme="majorHAnsi"/>
        </w:rPr>
      </w:pPr>
      <w:r w:rsidRPr="00815DF9">
        <w:rPr>
          <w:rFonts w:asciiTheme="majorHAnsi" w:hAnsiTheme="majorHAnsi" w:cstheme="majorHAnsi"/>
        </w:rPr>
        <w:t xml:space="preserve"> </w:t>
      </w:r>
      <w:r w:rsidRPr="00815DF9">
        <w:rPr>
          <w:rFonts w:asciiTheme="majorHAnsi" w:eastAsia="Calibri" w:hAnsiTheme="majorHAnsi" w:cstheme="majorHAnsi"/>
          <w:b/>
          <w:sz w:val="29"/>
        </w:rPr>
        <w:t xml:space="preserve">Contact Details  </w:t>
      </w:r>
    </w:p>
    <w:tbl>
      <w:tblPr>
        <w:tblStyle w:val="TableGrid0"/>
        <w:tblW w:w="10333" w:type="dxa"/>
        <w:tblInd w:w="308" w:type="dxa"/>
        <w:tblCellMar>
          <w:top w:w="79" w:type="dxa"/>
          <w:left w:w="113" w:type="dxa"/>
          <w:right w:w="62" w:type="dxa"/>
        </w:tblCellMar>
        <w:tblLook w:val="04A0" w:firstRow="1" w:lastRow="0" w:firstColumn="1" w:lastColumn="0" w:noHBand="0" w:noVBand="1"/>
      </w:tblPr>
      <w:tblGrid>
        <w:gridCol w:w="2824"/>
        <w:gridCol w:w="7509"/>
      </w:tblGrid>
      <w:tr w:rsidR="00210346" w:rsidRPr="00815DF9" w14:paraId="600F6B78" w14:textId="77777777" w:rsidTr="00DB334C">
        <w:trPr>
          <w:trHeight w:val="20"/>
        </w:trPr>
        <w:tc>
          <w:tcPr>
            <w:tcW w:w="2824" w:type="dxa"/>
            <w:tcBorders>
              <w:top w:val="single" w:sz="6" w:space="0" w:color="000000"/>
              <w:left w:val="single" w:sz="6" w:space="0" w:color="000000"/>
              <w:bottom w:val="single" w:sz="6" w:space="0" w:color="000000"/>
              <w:right w:val="single" w:sz="6" w:space="0" w:color="000000"/>
            </w:tcBorders>
          </w:tcPr>
          <w:p w14:paraId="29216E86" w14:textId="77777777" w:rsidR="00210346" w:rsidRPr="00815DF9" w:rsidRDefault="00210346" w:rsidP="00DB334C">
            <w:pPr>
              <w:rPr>
                <w:rFonts w:asciiTheme="majorHAnsi" w:hAnsiTheme="majorHAnsi" w:cstheme="majorHAnsi"/>
                <w:sz w:val="20"/>
                <w:szCs w:val="20"/>
              </w:rPr>
            </w:pPr>
            <w:r w:rsidRPr="00815DF9">
              <w:rPr>
                <w:rFonts w:asciiTheme="majorHAnsi" w:eastAsia="Calibri" w:hAnsiTheme="majorHAnsi" w:cstheme="majorHAnsi"/>
                <w:b/>
                <w:sz w:val="20"/>
                <w:szCs w:val="20"/>
              </w:rPr>
              <w:t xml:space="preserve">Applicant Name </w:t>
            </w:r>
            <w:r w:rsidRPr="00815DF9">
              <w:rPr>
                <w:rFonts w:asciiTheme="majorHAnsi" w:eastAsia="Calibri" w:hAnsiTheme="majorHAnsi" w:cstheme="majorHAnsi"/>
                <w:sz w:val="20"/>
                <w:szCs w:val="20"/>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0299C461" w14:textId="77777777" w:rsidR="00210346" w:rsidRPr="00815DF9" w:rsidRDefault="00210346" w:rsidP="00DB334C">
            <w:pPr>
              <w:rPr>
                <w:rFonts w:asciiTheme="majorHAnsi" w:hAnsiTheme="majorHAnsi" w:cstheme="majorHAnsi"/>
                <w:sz w:val="20"/>
                <w:szCs w:val="20"/>
              </w:rPr>
            </w:pPr>
            <w:r w:rsidRPr="00815DF9">
              <w:rPr>
                <w:rFonts w:asciiTheme="majorHAnsi" w:eastAsia="Calibri" w:hAnsiTheme="majorHAnsi" w:cstheme="majorHAnsi"/>
                <w:sz w:val="20"/>
                <w:szCs w:val="20"/>
              </w:rPr>
              <w:t xml:space="preserve"> </w:t>
            </w:r>
          </w:p>
        </w:tc>
      </w:tr>
      <w:tr w:rsidR="00210346" w:rsidRPr="00815DF9" w14:paraId="5DF2F147" w14:textId="77777777" w:rsidTr="00DB334C">
        <w:trPr>
          <w:trHeight w:val="20"/>
        </w:trPr>
        <w:tc>
          <w:tcPr>
            <w:tcW w:w="2824" w:type="dxa"/>
            <w:tcBorders>
              <w:top w:val="single" w:sz="6" w:space="0" w:color="000000"/>
              <w:left w:val="single" w:sz="6" w:space="0" w:color="000000"/>
              <w:bottom w:val="single" w:sz="6" w:space="0" w:color="000000"/>
              <w:right w:val="single" w:sz="6" w:space="0" w:color="000000"/>
            </w:tcBorders>
          </w:tcPr>
          <w:p w14:paraId="4A9AB735" w14:textId="77777777" w:rsidR="00210346" w:rsidRPr="00815DF9" w:rsidRDefault="00210346" w:rsidP="00DB334C">
            <w:pPr>
              <w:rPr>
                <w:rFonts w:asciiTheme="majorHAnsi" w:hAnsiTheme="majorHAnsi" w:cstheme="majorHAnsi"/>
                <w:sz w:val="20"/>
                <w:szCs w:val="20"/>
              </w:rPr>
            </w:pPr>
            <w:r w:rsidRPr="00815DF9">
              <w:rPr>
                <w:rFonts w:asciiTheme="majorHAnsi" w:eastAsia="Calibri" w:hAnsiTheme="majorHAnsi" w:cstheme="majorHAnsi"/>
                <w:b/>
                <w:sz w:val="20"/>
                <w:szCs w:val="20"/>
              </w:rPr>
              <w:t xml:space="preserve">Applicant Address </w:t>
            </w:r>
            <w:r w:rsidRPr="00815DF9">
              <w:rPr>
                <w:rFonts w:asciiTheme="majorHAnsi" w:eastAsia="Calibri" w:hAnsiTheme="majorHAnsi" w:cstheme="majorHAnsi"/>
                <w:sz w:val="20"/>
                <w:szCs w:val="20"/>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2C734A37" w14:textId="77777777" w:rsidR="00210346" w:rsidRPr="00815DF9" w:rsidRDefault="00210346" w:rsidP="00DB334C">
            <w:pPr>
              <w:rPr>
                <w:rFonts w:asciiTheme="majorHAnsi" w:hAnsiTheme="majorHAnsi" w:cstheme="majorHAnsi"/>
                <w:sz w:val="20"/>
                <w:szCs w:val="20"/>
              </w:rPr>
            </w:pPr>
            <w:r w:rsidRPr="00815DF9">
              <w:rPr>
                <w:rFonts w:asciiTheme="majorHAnsi" w:eastAsia="Calibri" w:hAnsiTheme="majorHAnsi" w:cstheme="majorHAnsi"/>
                <w:sz w:val="20"/>
                <w:szCs w:val="20"/>
              </w:rPr>
              <w:t xml:space="preserve"> </w:t>
            </w:r>
          </w:p>
        </w:tc>
      </w:tr>
      <w:tr w:rsidR="00210346" w:rsidRPr="00815DF9" w14:paraId="47327596" w14:textId="77777777" w:rsidTr="00DB334C">
        <w:trPr>
          <w:trHeight w:val="20"/>
        </w:trPr>
        <w:tc>
          <w:tcPr>
            <w:tcW w:w="2824" w:type="dxa"/>
            <w:tcBorders>
              <w:top w:val="single" w:sz="6" w:space="0" w:color="000000"/>
              <w:left w:val="single" w:sz="6" w:space="0" w:color="000000"/>
              <w:bottom w:val="single" w:sz="6" w:space="0" w:color="000000"/>
              <w:right w:val="single" w:sz="6" w:space="0" w:color="000000"/>
            </w:tcBorders>
          </w:tcPr>
          <w:p w14:paraId="4C1F0DB4" w14:textId="77777777" w:rsidR="00210346" w:rsidRPr="00815DF9" w:rsidRDefault="00210346" w:rsidP="00DB334C">
            <w:pPr>
              <w:rPr>
                <w:rFonts w:asciiTheme="majorHAnsi" w:hAnsiTheme="majorHAnsi" w:cstheme="majorHAnsi"/>
                <w:sz w:val="20"/>
                <w:szCs w:val="20"/>
              </w:rPr>
            </w:pPr>
            <w:r w:rsidRPr="00815DF9">
              <w:rPr>
                <w:rFonts w:asciiTheme="majorHAnsi" w:eastAsia="Calibri" w:hAnsiTheme="majorHAnsi" w:cstheme="majorHAnsi"/>
                <w:b/>
                <w:sz w:val="20"/>
                <w:szCs w:val="20"/>
              </w:rPr>
              <w:t xml:space="preserve">Organisation Name </w:t>
            </w:r>
            <w:r w:rsidRPr="00815DF9">
              <w:rPr>
                <w:rFonts w:asciiTheme="majorHAnsi" w:eastAsia="Calibri" w:hAnsiTheme="majorHAnsi" w:cstheme="majorHAnsi"/>
                <w:sz w:val="20"/>
                <w:szCs w:val="20"/>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5E5D9538" w14:textId="77777777" w:rsidR="00210346" w:rsidRPr="00815DF9" w:rsidRDefault="00210346" w:rsidP="00DB334C">
            <w:pPr>
              <w:rPr>
                <w:rFonts w:asciiTheme="majorHAnsi" w:hAnsiTheme="majorHAnsi" w:cstheme="majorHAnsi"/>
                <w:sz w:val="20"/>
                <w:szCs w:val="20"/>
              </w:rPr>
            </w:pPr>
            <w:r w:rsidRPr="00815DF9">
              <w:rPr>
                <w:rFonts w:asciiTheme="majorHAnsi" w:eastAsia="Calibri" w:hAnsiTheme="majorHAnsi" w:cstheme="majorHAnsi"/>
                <w:sz w:val="20"/>
                <w:szCs w:val="20"/>
              </w:rPr>
              <w:t xml:space="preserve"> </w:t>
            </w:r>
          </w:p>
        </w:tc>
      </w:tr>
      <w:tr w:rsidR="00210346" w:rsidRPr="00815DF9" w14:paraId="27FB7867" w14:textId="77777777" w:rsidTr="00DB334C">
        <w:trPr>
          <w:trHeight w:val="20"/>
        </w:trPr>
        <w:tc>
          <w:tcPr>
            <w:tcW w:w="2824" w:type="dxa"/>
            <w:tcBorders>
              <w:top w:val="single" w:sz="6" w:space="0" w:color="000000"/>
              <w:left w:val="single" w:sz="6" w:space="0" w:color="000000"/>
              <w:bottom w:val="single" w:sz="6" w:space="0" w:color="000000"/>
              <w:right w:val="single" w:sz="6" w:space="0" w:color="000000"/>
            </w:tcBorders>
          </w:tcPr>
          <w:p w14:paraId="75D5D913" w14:textId="77777777" w:rsidR="00210346" w:rsidRPr="00815DF9" w:rsidRDefault="00210346" w:rsidP="00DB334C">
            <w:pPr>
              <w:rPr>
                <w:rFonts w:asciiTheme="majorHAnsi" w:hAnsiTheme="majorHAnsi" w:cstheme="majorHAnsi"/>
                <w:sz w:val="20"/>
                <w:szCs w:val="20"/>
              </w:rPr>
            </w:pPr>
            <w:r w:rsidRPr="00815DF9">
              <w:rPr>
                <w:rFonts w:asciiTheme="majorHAnsi" w:eastAsia="Calibri" w:hAnsiTheme="majorHAnsi" w:cstheme="majorHAnsi"/>
                <w:b/>
                <w:sz w:val="20"/>
                <w:szCs w:val="20"/>
              </w:rPr>
              <w:t xml:space="preserve">Organisation Address  </w:t>
            </w:r>
            <w:r w:rsidRPr="00815DF9">
              <w:rPr>
                <w:rFonts w:asciiTheme="majorHAnsi" w:eastAsia="Calibri" w:hAnsiTheme="majorHAnsi" w:cstheme="majorHAnsi"/>
                <w:sz w:val="20"/>
                <w:szCs w:val="20"/>
              </w:rPr>
              <w:t xml:space="preserve"> </w:t>
            </w:r>
          </w:p>
          <w:p w14:paraId="27F5A916" w14:textId="77777777" w:rsidR="00210346" w:rsidRPr="00815DF9" w:rsidRDefault="00210346" w:rsidP="00DB334C">
            <w:pPr>
              <w:rPr>
                <w:rFonts w:asciiTheme="majorHAnsi" w:hAnsiTheme="majorHAnsi" w:cstheme="majorHAnsi"/>
                <w:sz w:val="20"/>
                <w:szCs w:val="20"/>
              </w:rPr>
            </w:pPr>
            <w:r w:rsidRPr="00815DF9">
              <w:rPr>
                <w:rFonts w:asciiTheme="majorHAnsi" w:hAnsiTheme="majorHAnsi" w:cstheme="majorHAnsi"/>
                <w:sz w:val="20"/>
                <w:szCs w:val="20"/>
              </w:rPr>
              <w:t xml:space="preserve">(if different to above) </w:t>
            </w:r>
            <w:r w:rsidRPr="00815DF9">
              <w:rPr>
                <w:rFonts w:asciiTheme="majorHAnsi" w:eastAsia="Calibri" w:hAnsiTheme="majorHAnsi" w:cstheme="majorHAnsi"/>
                <w:sz w:val="20"/>
                <w:szCs w:val="20"/>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16647C26" w14:textId="77777777" w:rsidR="00210346" w:rsidRPr="00815DF9" w:rsidRDefault="00210346" w:rsidP="00DB334C">
            <w:pPr>
              <w:rPr>
                <w:rFonts w:asciiTheme="majorHAnsi" w:hAnsiTheme="majorHAnsi" w:cstheme="majorHAnsi"/>
                <w:sz w:val="20"/>
                <w:szCs w:val="20"/>
              </w:rPr>
            </w:pPr>
            <w:r w:rsidRPr="00815DF9">
              <w:rPr>
                <w:rFonts w:asciiTheme="majorHAnsi" w:eastAsia="Calibri" w:hAnsiTheme="majorHAnsi" w:cstheme="majorHAnsi"/>
                <w:sz w:val="20"/>
                <w:szCs w:val="20"/>
              </w:rPr>
              <w:t xml:space="preserve"> </w:t>
            </w:r>
          </w:p>
        </w:tc>
      </w:tr>
      <w:tr w:rsidR="00210346" w:rsidRPr="00815DF9" w14:paraId="06407546" w14:textId="77777777" w:rsidTr="00DB334C">
        <w:trPr>
          <w:trHeight w:val="20"/>
        </w:trPr>
        <w:tc>
          <w:tcPr>
            <w:tcW w:w="2824" w:type="dxa"/>
            <w:tcBorders>
              <w:top w:val="single" w:sz="6" w:space="0" w:color="000000"/>
              <w:left w:val="single" w:sz="6" w:space="0" w:color="000000"/>
              <w:bottom w:val="single" w:sz="6" w:space="0" w:color="000000"/>
              <w:right w:val="single" w:sz="6" w:space="0" w:color="000000"/>
            </w:tcBorders>
          </w:tcPr>
          <w:p w14:paraId="7546BC8A" w14:textId="77777777" w:rsidR="00210346" w:rsidRPr="00815DF9" w:rsidRDefault="00210346" w:rsidP="00DB334C">
            <w:pPr>
              <w:rPr>
                <w:rFonts w:asciiTheme="majorHAnsi" w:hAnsiTheme="majorHAnsi" w:cstheme="majorHAnsi"/>
                <w:sz w:val="20"/>
                <w:szCs w:val="20"/>
              </w:rPr>
            </w:pPr>
            <w:r w:rsidRPr="00815DF9">
              <w:rPr>
                <w:rFonts w:asciiTheme="majorHAnsi" w:eastAsia="Calibri" w:hAnsiTheme="majorHAnsi" w:cstheme="majorHAnsi"/>
                <w:b/>
                <w:sz w:val="20"/>
                <w:szCs w:val="20"/>
              </w:rPr>
              <w:t xml:space="preserve">Organisation Type </w:t>
            </w:r>
            <w:r w:rsidRPr="00815DF9">
              <w:rPr>
                <w:rFonts w:asciiTheme="majorHAnsi" w:eastAsia="Calibri" w:hAnsiTheme="majorHAnsi" w:cstheme="majorHAnsi"/>
                <w:sz w:val="20"/>
                <w:szCs w:val="20"/>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35BBF205" w14:textId="77777777" w:rsidR="00210346" w:rsidRPr="00815DF9" w:rsidRDefault="00210346" w:rsidP="00DB334C">
            <w:pPr>
              <w:rPr>
                <w:rFonts w:asciiTheme="majorHAnsi" w:hAnsiTheme="majorHAnsi" w:cstheme="majorHAnsi"/>
                <w:sz w:val="20"/>
                <w:szCs w:val="20"/>
              </w:rPr>
            </w:pPr>
            <w:r w:rsidRPr="00815DF9">
              <w:rPr>
                <w:rFonts w:asciiTheme="majorHAnsi" w:eastAsia="Calibri" w:hAnsiTheme="majorHAnsi" w:cstheme="majorHAnsi"/>
                <w:sz w:val="20"/>
                <w:szCs w:val="20"/>
              </w:rPr>
              <w:t xml:space="preserve"> </w:t>
            </w:r>
          </w:p>
        </w:tc>
      </w:tr>
      <w:tr w:rsidR="00210346" w:rsidRPr="00815DF9" w14:paraId="4686E706" w14:textId="77777777" w:rsidTr="00DB334C">
        <w:trPr>
          <w:trHeight w:val="20"/>
        </w:trPr>
        <w:tc>
          <w:tcPr>
            <w:tcW w:w="2824" w:type="dxa"/>
            <w:tcBorders>
              <w:top w:val="single" w:sz="6" w:space="0" w:color="000000"/>
              <w:left w:val="single" w:sz="6" w:space="0" w:color="000000"/>
              <w:bottom w:val="single" w:sz="6" w:space="0" w:color="000000"/>
              <w:right w:val="single" w:sz="6" w:space="0" w:color="000000"/>
            </w:tcBorders>
          </w:tcPr>
          <w:p w14:paraId="71DFAE88" w14:textId="77777777" w:rsidR="00210346" w:rsidRPr="00815DF9" w:rsidRDefault="00210346" w:rsidP="00DB334C">
            <w:pPr>
              <w:rPr>
                <w:rFonts w:asciiTheme="majorHAnsi" w:hAnsiTheme="majorHAnsi" w:cstheme="majorHAnsi"/>
                <w:sz w:val="20"/>
                <w:szCs w:val="20"/>
              </w:rPr>
            </w:pPr>
            <w:r w:rsidRPr="00815DF9">
              <w:rPr>
                <w:rFonts w:asciiTheme="majorHAnsi" w:eastAsia="Calibri" w:hAnsiTheme="majorHAnsi" w:cstheme="majorHAnsi"/>
                <w:b/>
                <w:sz w:val="20"/>
                <w:szCs w:val="20"/>
              </w:rPr>
              <w:t xml:space="preserve">Contact Telephone Number </w:t>
            </w:r>
            <w:r w:rsidRPr="00815DF9">
              <w:rPr>
                <w:rFonts w:asciiTheme="majorHAnsi" w:eastAsia="Calibri" w:hAnsiTheme="majorHAnsi" w:cstheme="majorHAnsi"/>
                <w:sz w:val="20"/>
                <w:szCs w:val="20"/>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2D3788C6" w14:textId="77777777" w:rsidR="00210346" w:rsidRPr="00815DF9" w:rsidRDefault="00210346" w:rsidP="00DB334C">
            <w:pPr>
              <w:rPr>
                <w:rFonts w:asciiTheme="majorHAnsi" w:hAnsiTheme="majorHAnsi" w:cstheme="majorHAnsi"/>
                <w:sz w:val="20"/>
                <w:szCs w:val="20"/>
              </w:rPr>
            </w:pPr>
            <w:r w:rsidRPr="00815DF9">
              <w:rPr>
                <w:rFonts w:asciiTheme="majorHAnsi" w:eastAsia="Calibri" w:hAnsiTheme="majorHAnsi" w:cstheme="majorHAnsi"/>
                <w:sz w:val="20"/>
                <w:szCs w:val="20"/>
              </w:rPr>
              <w:t xml:space="preserve"> </w:t>
            </w:r>
          </w:p>
        </w:tc>
      </w:tr>
      <w:tr w:rsidR="00210346" w:rsidRPr="00815DF9" w14:paraId="2D1C9633" w14:textId="77777777" w:rsidTr="00DB334C">
        <w:trPr>
          <w:trHeight w:val="20"/>
        </w:trPr>
        <w:tc>
          <w:tcPr>
            <w:tcW w:w="2824" w:type="dxa"/>
            <w:tcBorders>
              <w:top w:val="single" w:sz="6" w:space="0" w:color="000000"/>
              <w:left w:val="single" w:sz="6" w:space="0" w:color="000000"/>
              <w:bottom w:val="single" w:sz="6" w:space="0" w:color="000000"/>
              <w:right w:val="single" w:sz="6" w:space="0" w:color="000000"/>
            </w:tcBorders>
          </w:tcPr>
          <w:p w14:paraId="4059BBE1" w14:textId="77777777" w:rsidR="00210346" w:rsidRPr="00815DF9" w:rsidRDefault="00210346" w:rsidP="00DB334C">
            <w:pPr>
              <w:rPr>
                <w:rFonts w:asciiTheme="majorHAnsi" w:hAnsiTheme="majorHAnsi" w:cstheme="majorHAnsi"/>
                <w:sz w:val="20"/>
                <w:szCs w:val="20"/>
              </w:rPr>
            </w:pPr>
            <w:r w:rsidRPr="00815DF9">
              <w:rPr>
                <w:rFonts w:asciiTheme="majorHAnsi" w:eastAsia="Calibri" w:hAnsiTheme="majorHAnsi" w:cstheme="majorHAnsi"/>
                <w:b/>
                <w:sz w:val="20"/>
                <w:szCs w:val="20"/>
              </w:rPr>
              <w:t xml:space="preserve">Contact Email Address </w:t>
            </w:r>
            <w:r w:rsidRPr="00815DF9">
              <w:rPr>
                <w:rFonts w:asciiTheme="majorHAnsi" w:eastAsia="Calibri" w:hAnsiTheme="majorHAnsi" w:cstheme="majorHAnsi"/>
                <w:sz w:val="20"/>
                <w:szCs w:val="20"/>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4D897364" w14:textId="77777777" w:rsidR="00210346" w:rsidRPr="00815DF9" w:rsidRDefault="00210346" w:rsidP="00DB334C">
            <w:pPr>
              <w:rPr>
                <w:rFonts w:asciiTheme="majorHAnsi" w:hAnsiTheme="majorHAnsi" w:cstheme="majorHAnsi"/>
                <w:sz w:val="20"/>
                <w:szCs w:val="20"/>
              </w:rPr>
            </w:pPr>
            <w:r w:rsidRPr="00815DF9">
              <w:rPr>
                <w:rFonts w:asciiTheme="majorHAnsi" w:eastAsia="Calibri" w:hAnsiTheme="majorHAnsi" w:cstheme="majorHAnsi"/>
                <w:sz w:val="20"/>
                <w:szCs w:val="20"/>
              </w:rPr>
              <w:t xml:space="preserve"> </w:t>
            </w:r>
          </w:p>
        </w:tc>
      </w:tr>
    </w:tbl>
    <w:p w14:paraId="3CBAF852" w14:textId="77777777" w:rsidR="00210346" w:rsidRPr="00815DF9" w:rsidRDefault="00210346" w:rsidP="00210346">
      <w:pPr>
        <w:spacing w:after="46" w:line="259" w:lineRule="auto"/>
        <w:ind w:left="136"/>
        <w:rPr>
          <w:rFonts w:asciiTheme="majorHAnsi" w:hAnsiTheme="majorHAnsi" w:cstheme="majorHAnsi"/>
        </w:rPr>
      </w:pPr>
      <w:r w:rsidRPr="00815DF9">
        <w:rPr>
          <w:rFonts w:asciiTheme="majorHAnsi" w:eastAsia="Calibri" w:hAnsiTheme="majorHAnsi" w:cstheme="majorHAnsi"/>
          <w:b/>
          <w:sz w:val="24"/>
        </w:rPr>
        <w:t xml:space="preserve"> </w:t>
      </w:r>
      <w:r w:rsidRPr="00815DF9">
        <w:rPr>
          <w:rFonts w:asciiTheme="majorHAnsi" w:eastAsia="Calibri" w:hAnsiTheme="majorHAnsi" w:cstheme="majorHAnsi"/>
        </w:rPr>
        <w:t xml:space="preserve"> </w:t>
      </w:r>
    </w:p>
    <w:p w14:paraId="6BD53ACD" w14:textId="77777777" w:rsidR="00210346" w:rsidRPr="00815DF9" w:rsidRDefault="00210346" w:rsidP="00210346">
      <w:pPr>
        <w:spacing w:after="0" w:line="259" w:lineRule="auto"/>
        <w:ind w:left="281"/>
        <w:rPr>
          <w:rFonts w:asciiTheme="majorHAnsi" w:hAnsiTheme="majorHAnsi" w:cstheme="majorHAnsi"/>
        </w:rPr>
      </w:pPr>
      <w:r w:rsidRPr="00815DF9">
        <w:rPr>
          <w:rFonts w:asciiTheme="majorHAnsi" w:eastAsia="Calibri" w:hAnsiTheme="majorHAnsi" w:cstheme="majorHAnsi"/>
          <w:b/>
          <w:sz w:val="29"/>
        </w:rPr>
        <w:t xml:space="preserve">About your Project  </w:t>
      </w:r>
    </w:p>
    <w:tbl>
      <w:tblPr>
        <w:tblStyle w:val="TableGrid0"/>
        <w:tblW w:w="10333" w:type="dxa"/>
        <w:tblInd w:w="308" w:type="dxa"/>
        <w:tblCellMar>
          <w:top w:w="79" w:type="dxa"/>
          <w:left w:w="113" w:type="dxa"/>
          <w:right w:w="201" w:type="dxa"/>
        </w:tblCellMar>
        <w:tblLook w:val="04A0" w:firstRow="1" w:lastRow="0" w:firstColumn="1" w:lastColumn="0" w:noHBand="0" w:noVBand="1"/>
      </w:tblPr>
      <w:tblGrid>
        <w:gridCol w:w="2809"/>
        <w:gridCol w:w="7524"/>
      </w:tblGrid>
      <w:tr w:rsidR="00210346" w:rsidRPr="00815DF9" w14:paraId="155B9B76" w14:textId="77777777" w:rsidTr="00DB334C">
        <w:trPr>
          <w:trHeight w:val="20"/>
        </w:trPr>
        <w:tc>
          <w:tcPr>
            <w:tcW w:w="2809" w:type="dxa"/>
            <w:tcBorders>
              <w:top w:val="single" w:sz="6" w:space="0" w:color="000000"/>
              <w:left w:val="single" w:sz="6" w:space="0" w:color="000000"/>
              <w:bottom w:val="single" w:sz="6" w:space="0" w:color="000000"/>
              <w:right w:val="single" w:sz="6" w:space="0" w:color="000000"/>
            </w:tcBorders>
          </w:tcPr>
          <w:p w14:paraId="6E3DC295" w14:textId="77777777" w:rsidR="00210346" w:rsidRPr="00815DF9" w:rsidRDefault="00210346" w:rsidP="00766DEC">
            <w:pPr>
              <w:spacing w:line="259" w:lineRule="auto"/>
              <w:rPr>
                <w:rFonts w:asciiTheme="majorHAnsi" w:hAnsiTheme="majorHAnsi" w:cstheme="majorHAnsi"/>
                <w:sz w:val="20"/>
                <w:szCs w:val="20"/>
              </w:rPr>
            </w:pPr>
            <w:r w:rsidRPr="00815DF9">
              <w:rPr>
                <w:rFonts w:asciiTheme="majorHAnsi" w:eastAsia="Calibri" w:hAnsiTheme="majorHAnsi" w:cstheme="majorHAnsi"/>
                <w:b/>
                <w:sz w:val="20"/>
                <w:szCs w:val="20"/>
              </w:rPr>
              <w:t xml:space="preserve">Project Name </w:t>
            </w:r>
            <w:r w:rsidRPr="00815DF9">
              <w:rPr>
                <w:rFonts w:asciiTheme="majorHAnsi" w:eastAsia="Calibri" w:hAnsiTheme="majorHAnsi" w:cstheme="majorHAnsi"/>
                <w:sz w:val="20"/>
                <w:szCs w:val="20"/>
              </w:rPr>
              <w:t xml:space="preserve"> </w:t>
            </w:r>
          </w:p>
        </w:tc>
        <w:tc>
          <w:tcPr>
            <w:tcW w:w="7525" w:type="dxa"/>
            <w:tcBorders>
              <w:top w:val="single" w:sz="6" w:space="0" w:color="000000"/>
              <w:left w:val="single" w:sz="6" w:space="0" w:color="000000"/>
              <w:bottom w:val="single" w:sz="6" w:space="0" w:color="000000"/>
              <w:right w:val="single" w:sz="6" w:space="0" w:color="000000"/>
            </w:tcBorders>
          </w:tcPr>
          <w:p w14:paraId="525EAE90" w14:textId="77777777" w:rsidR="00210346" w:rsidRPr="00815DF9" w:rsidRDefault="00210346" w:rsidP="00766DEC">
            <w:pPr>
              <w:spacing w:line="259" w:lineRule="auto"/>
              <w:ind w:left="30"/>
              <w:rPr>
                <w:rFonts w:asciiTheme="majorHAnsi" w:hAnsiTheme="majorHAnsi" w:cstheme="majorHAnsi"/>
                <w:sz w:val="20"/>
                <w:szCs w:val="20"/>
              </w:rPr>
            </w:pPr>
            <w:r w:rsidRPr="00815DF9">
              <w:rPr>
                <w:rFonts w:asciiTheme="majorHAnsi" w:eastAsia="Calibri" w:hAnsiTheme="majorHAnsi" w:cstheme="majorHAnsi"/>
                <w:sz w:val="20"/>
                <w:szCs w:val="20"/>
              </w:rPr>
              <w:t xml:space="preserve"> </w:t>
            </w:r>
          </w:p>
        </w:tc>
      </w:tr>
      <w:tr w:rsidR="00210346" w:rsidRPr="00815DF9" w14:paraId="7AC690EA" w14:textId="77777777" w:rsidTr="00DB334C">
        <w:trPr>
          <w:trHeight w:val="20"/>
        </w:trPr>
        <w:tc>
          <w:tcPr>
            <w:tcW w:w="2809" w:type="dxa"/>
            <w:tcBorders>
              <w:top w:val="single" w:sz="6" w:space="0" w:color="000000"/>
              <w:left w:val="single" w:sz="6" w:space="0" w:color="000000"/>
              <w:bottom w:val="single" w:sz="6" w:space="0" w:color="000000"/>
              <w:right w:val="single" w:sz="6" w:space="0" w:color="000000"/>
            </w:tcBorders>
          </w:tcPr>
          <w:p w14:paraId="7667CCD7" w14:textId="77777777" w:rsidR="00210346" w:rsidRPr="00815DF9" w:rsidRDefault="00210346" w:rsidP="00766DEC">
            <w:pPr>
              <w:spacing w:line="259" w:lineRule="auto"/>
              <w:rPr>
                <w:rFonts w:asciiTheme="majorHAnsi" w:hAnsiTheme="majorHAnsi" w:cstheme="majorHAnsi"/>
                <w:sz w:val="20"/>
                <w:szCs w:val="20"/>
              </w:rPr>
            </w:pPr>
            <w:r w:rsidRPr="00815DF9">
              <w:rPr>
                <w:rFonts w:asciiTheme="majorHAnsi" w:eastAsia="Calibri" w:hAnsiTheme="majorHAnsi" w:cstheme="majorHAnsi"/>
                <w:b/>
                <w:sz w:val="20"/>
                <w:szCs w:val="20"/>
              </w:rPr>
              <w:t xml:space="preserve">What specific purpose are you seeking funding for? </w:t>
            </w:r>
            <w:r w:rsidRPr="00815DF9">
              <w:rPr>
                <w:rFonts w:asciiTheme="majorHAnsi" w:eastAsia="Calibri" w:hAnsiTheme="majorHAnsi" w:cstheme="majorHAnsi"/>
                <w:sz w:val="20"/>
                <w:szCs w:val="20"/>
              </w:rPr>
              <w:t xml:space="preserve"> </w:t>
            </w:r>
          </w:p>
        </w:tc>
        <w:tc>
          <w:tcPr>
            <w:tcW w:w="7525" w:type="dxa"/>
            <w:tcBorders>
              <w:top w:val="single" w:sz="6" w:space="0" w:color="000000"/>
              <w:left w:val="single" w:sz="6" w:space="0" w:color="000000"/>
              <w:bottom w:val="single" w:sz="6" w:space="0" w:color="000000"/>
              <w:right w:val="single" w:sz="6" w:space="0" w:color="000000"/>
            </w:tcBorders>
          </w:tcPr>
          <w:p w14:paraId="072A3F2F" w14:textId="77777777" w:rsidR="00210346" w:rsidRPr="00815DF9" w:rsidRDefault="00210346" w:rsidP="00766DEC">
            <w:pPr>
              <w:spacing w:line="259" w:lineRule="auto"/>
              <w:ind w:left="30"/>
              <w:rPr>
                <w:rFonts w:asciiTheme="majorHAnsi" w:hAnsiTheme="majorHAnsi" w:cstheme="majorHAnsi"/>
                <w:sz w:val="20"/>
                <w:szCs w:val="20"/>
              </w:rPr>
            </w:pPr>
            <w:r w:rsidRPr="00815DF9">
              <w:rPr>
                <w:rFonts w:asciiTheme="majorHAnsi" w:eastAsia="Calibri" w:hAnsiTheme="majorHAnsi" w:cstheme="majorHAnsi"/>
                <w:sz w:val="20"/>
                <w:szCs w:val="20"/>
              </w:rPr>
              <w:t xml:space="preserve"> </w:t>
            </w:r>
          </w:p>
        </w:tc>
      </w:tr>
      <w:tr w:rsidR="00210346" w:rsidRPr="00815DF9" w14:paraId="514DFE57" w14:textId="77777777" w:rsidTr="00DB334C">
        <w:trPr>
          <w:trHeight w:val="20"/>
        </w:trPr>
        <w:tc>
          <w:tcPr>
            <w:tcW w:w="2809" w:type="dxa"/>
            <w:tcBorders>
              <w:top w:val="single" w:sz="6" w:space="0" w:color="000000"/>
              <w:left w:val="single" w:sz="6" w:space="0" w:color="000000"/>
              <w:bottom w:val="single" w:sz="6" w:space="0" w:color="000000"/>
              <w:right w:val="single" w:sz="6" w:space="0" w:color="000000"/>
            </w:tcBorders>
          </w:tcPr>
          <w:p w14:paraId="2EB24C9B" w14:textId="77777777" w:rsidR="00210346" w:rsidRPr="00815DF9" w:rsidRDefault="00210346" w:rsidP="00766DEC">
            <w:pPr>
              <w:spacing w:line="259" w:lineRule="auto"/>
              <w:rPr>
                <w:rFonts w:asciiTheme="majorHAnsi" w:hAnsiTheme="majorHAnsi" w:cstheme="majorHAnsi"/>
                <w:sz w:val="20"/>
                <w:szCs w:val="20"/>
              </w:rPr>
            </w:pPr>
            <w:r w:rsidRPr="00815DF9">
              <w:rPr>
                <w:rFonts w:asciiTheme="majorHAnsi" w:eastAsia="Calibri" w:hAnsiTheme="majorHAnsi" w:cstheme="majorHAnsi"/>
                <w:b/>
                <w:sz w:val="20"/>
                <w:szCs w:val="20"/>
              </w:rPr>
              <w:t xml:space="preserve">Why do you want to carry out this project? </w:t>
            </w:r>
            <w:r w:rsidRPr="00815DF9">
              <w:rPr>
                <w:rFonts w:asciiTheme="majorHAnsi" w:eastAsia="Calibri" w:hAnsiTheme="majorHAnsi" w:cstheme="majorHAnsi"/>
                <w:sz w:val="20"/>
                <w:szCs w:val="20"/>
              </w:rPr>
              <w:t xml:space="preserve"> </w:t>
            </w:r>
          </w:p>
        </w:tc>
        <w:tc>
          <w:tcPr>
            <w:tcW w:w="7525" w:type="dxa"/>
            <w:tcBorders>
              <w:top w:val="single" w:sz="6" w:space="0" w:color="000000"/>
              <w:left w:val="single" w:sz="6" w:space="0" w:color="000000"/>
              <w:bottom w:val="single" w:sz="6" w:space="0" w:color="000000"/>
              <w:right w:val="single" w:sz="6" w:space="0" w:color="000000"/>
            </w:tcBorders>
          </w:tcPr>
          <w:p w14:paraId="0931A9DB" w14:textId="77777777" w:rsidR="00210346" w:rsidRPr="00815DF9" w:rsidRDefault="00210346" w:rsidP="00766DEC">
            <w:pPr>
              <w:spacing w:line="259" w:lineRule="auto"/>
              <w:ind w:left="30"/>
              <w:rPr>
                <w:rFonts w:asciiTheme="majorHAnsi" w:hAnsiTheme="majorHAnsi" w:cstheme="majorHAnsi"/>
                <w:sz w:val="20"/>
                <w:szCs w:val="20"/>
              </w:rPr>
            </w:pPr>
            <w:r w:rsidRPr="00815DF9">
              <w:rPr>
                <w:rFonts w:asciiTheme="majorHAnsi" w:eastAsia="Calibri" w:hAnsiTheme="majorHAnsi" w:cstheme="majorHAnsi"/>
                <w:sz w:val="20"/>
                <w:szCs w:val="20"/>
              </w:rPr>
              <w:t xml:space="preserve"> </w:t>
            </w:r>
          </w:p>
        </w:tc>
      </w:tr>
      <w:tr w:rsidR="00210346" w:rsidRPr="00815DF9" w14:paraId="1ABDBCBA" w14:textId="77777777" w:rsidTr="00DB334C">
        <w:trPr>
          <w:trHeight w:val="20"/>
        </w:trPr>
        <w:tc>
          <w:tcPr>
            <w:tcW w:w="2809" w:type="dxa"/>
            <w:tcBorders>
              <w:top w:val="single" w:sz="6" w:space="0" w:color="000000"/>
              <w:left w:val="single" w:sz="6" w:space="0" w:color="000000"/>
              <w:bottom w:val="single" w:sz="6" w:space="0" w:color="000000"/>
              <w:right w:val="single" w:sz="6" w:space="0" w:color="000000"/>
            </w:tcBorders>
          </w:tcPr>
          <w:p w14:paraId="382329E5" w14:textId="77777777" w:rsidR="00210346" w:rsidRPr="00815DF9" w:rsidRDefault="00210346" w:rsidP="00766DEC">
            <w:pPr>
              <w:spacing w:line="259" w:lineRule="auto"/>
              <w:rPr>
                <w:rFonts w:asciiTheme="majorHAnsi" w:hAnsiTheme="majorHAnsi" w:cstheme="majorHAnsi"/>
                <w:sz w:val="20"/>
                <w:szCs w:val="20"/>
              </w:rPr>
            </w:pPr>
            <w:r w:rsidRPr="00815DF9">
              <w:rPr>
                <w:rFonts w:asciiTheme="majorHAnsi" w:eastAsia="Calibri" w:hAnsiTheme="majorHAnsi" w:cstheme="majorHAnsi"/>
                <w:b/>
                <w:sz w:val="20"/>
                <w:szCs w:val="20"/>
              </w:rPr>
              <w:t xml:space="preserve">How do you know it is needed? </w:t>
            </w:r>
            <w:r w:rsidRPr="00815DF9">
              <w:rPr>
                <w:rFonts w:asciiTheme="majorHAnsi" w:eastAsia="Calibri" w:hAnsiTheme="majorHAnsi" w:cstheme="majorHAnsi"/>
                <w:sz w:val="20"/>
                <w:szCs w:val="20"/>
              </w:rPr>
              <w:t xml:space="preserve"> </w:t>
            </w:r>
          </w:p>
        </w:tc>
        <w:tc>
          <w:tcPr>
            <w:tcW w:w="7525" w:type="dxa"/>
            <w:tcBorders>
              <w:top w:val="single" w:sz="6" w:space="0" w:color="000000"/>
              <w:left w:val="single" w:sz="6" w:space="0" w:color="000000"/>
              <w:bottom w:val="single" w:sz="6" w:space="0" w:color="000000"/>
              <w:right w:val="single" w:sz="6" w:space="0" w:color="000000"/>
            </w:tcBorders>
          </w:tcPr>
          <w:p w14:paraId="380B0B50" w14:textId="77777777" w:rsidR="00210346" w:rsidRPr="00815DF9" w:rsidRDefault="00210346" w:rsidP="00766DEC">
            <w:pPr>
              <w:spacing w:line="259" w:lineRule="auto"/>
              <w:ind w:left="30"/>
              <w:rPr>
                <w:rFonts w:asciiTheme="majorHAnsi" w:hAnsiTheme="majorHAnsi" w:cstheme="majorHAnsi"/>
                <w:sz w:val="20"/>
                <w:szCs w:val="20"/>
              </w:rPr>
            </w:pPr>
            <w:r w:rsidRPr="00815DF9">
              <w:rPr>
                <w:rFonts w:asciiTheme="majorHAnsi" w:eastAsia="Calibri" w:hAnsiTheme="majorHAnsi" w:cstheme="majorHAnsi"/>
                <w:sz w:val="20"/>
                <w:szCs w:val="20"/>
              </w:rPr>
              <w:t xml:space="preserve"> </w:t>
            </w:r>
          </w:p>
        </w:tc>
      </w:tr>
      <w:tr w:rsidR="00210346" w:rsidRPr="00815DF9" w14:paraId="783A9D0E" w14:textId="77777777" w:rsidTr="00DB334C">
        <w:trPr>
          <w:trHeight w:val="20"/>
        </w:trPr>
        <w:tc>
          <w:tcPr>
            <w:tcW w:w="2809" w:type="dxa"/>
            <w:tcBorders>
              <w:top w:val="single" w:sz="6" w:space="0" w:color="000000"/>
              <w:left w:val="single" w:sz="6" w:space="0" w:color="000000"/>
              <w:bottom w:val="single" w:sz="6" w:space="0" w:color="000000"/>
              <w:right w:val="single" w:sz="6" w:space="0" w:color="000000"/>
            </w:tcBorders>
          </w:tcPr>
          <w:p w14:paraId="7BFDFC0A" w14:textId="77777777" w:rsidR="00210346" w:rsidRPr="00815DF9" w:rsidRDefault="00210346" w:rsidP="00766DEC">
            <w:pPr>
              <w:spacing w:line="259" w:lineRule="auto"/>
              <w:jc w:val="both"/>
              <w:rPr>
                <w:rFonts w:asciiTheme="majorHAnsi" w:hAnsiTheme="majorHAnsi" w:cstheme="majorHAnsi"/>
                <w:sz w:val="20"/>
                <w:szCs w:val="20"/>
              </w:rPr>
            </w:pPr>
            <w:r w:rsidRPr="00815DF9">
              <w:rPr>
                <w:rFonts w:asciiTheme="majorHAnsi" w:eastAsia="Calibri" w:hAnsiTheme="majorHAnsi" w:cstheme="majorHAnsi"/>
                <w:b/>
                <w:sz w:val="20"/>
                <w:szCs w:val="20"/>
              </w:rPr>
              <w:t xml:space="preserve">Who will benefit and what difference will it make? </w:t>
            </w:r>
            <w:r w:rsidRPr="00815DF9">
              <w:rPr>
                <w:rFonts w:asciiTheme="majorHAnsi" w:eastAsia="Calibri" w:hAnsiTheme="majorHAnsi" w:cstheme="majorHAnsi"/>
                <w:sz w:val="20"/>
                <w:szCs w:val="20"/>
              </w:rPr>
              <w:t xml:space="preserve"> </w:t>
            </w:r>
          </w:p>
        </w:tc>
        <w:tc>
          <w:tcPr>
            <w:tcW w:w="7525" w:type="dxa"/>
            <w:tcBorders>
              <w:top w:val="single" w:sz="6" w:space="0" w:color="000000"/>
              <w:left w:val="single" w:sz="6" w:space="0" w:color="000000"/>
              <w:bottom w:val="single" w:sz="6" w:space="0" w:color="000000"/>
              <w:right w:val="single" w:sz="6" w:space="0" w:color="000000"/>
            </w:tcBorders>
          </w:tcPr>
          <w:p w14:paraId="59BB0EFB" w14:textId="77777777" w:rsidR="00210346" w:rsidRPr="00815DF9" w:rsidRDefault="00210346" w:rsidP="00766DEC">
            <w:pPr>
              <w:spacing w:line="259" w:lineRule="auto"/>
              <w:ind w:left="30"/>
              <w:rPr>
                <w:rFonts w:asciiTheme="majorHAnsi" w:hAnsiTheme="majorHAnsi" w:cstheme="majorHAnsi"/>
                <w:sz w:val="20"/>
                <w:szCs w:val="20"/>
              </w:rPr>
            </w:pPr>
            <w:r w:rsidRPr="00815DF9">
              <w:rPr>
                <w:rFonts w:asciiTheme="majorHAnsi" w:eastAsia="Calibri" w:hAnsiTheme="majorHAnsi" w:cstheme="majorHAnsi"/>
                <w:sz w:val="20"/>
                <w:szCs w:val="20"/>
              </w:rPr>
              <w:t xml:space="preserve"> </w:t>
            </w:r>
          </w:p>
        </w:tc>
      </w:tr>
      <w:tr w:rsidR="00210346" w:rsidRPr="00815DF9" w14:paraId="333BB82F" w14:textId="77777777" w:rsidTr="00DB334C">
        <w:trPr>
          <w:trHeight w:val="20"/>
        </w:trPr>
        <w:tc>
          <w:tcPr>
            <w:tcW w:w="2809" w:type="dxa"/>
            <w:tcBorders>
              <w:top w:val="single" w:sz="6" w:space="0" w:color="000000"/>
              <w:left w:val="single" w:sz="6" w:space="0" w:color="000000"/>
              <w:bottom w:val="single" w:sz="6" w:space="0" w:color="000000"/>
              <w:right w:val="single" w:sz="6" w:space="0" w:color="000000"/>
            </w:tcBorders>
          </w:tcPr>
          <w:p w14:paraId="7BA8152C" w14:textId="77777777" w:rsidR="00210346" w:rsidRPr="00815DF9" w:rsidRDefault="00210346" w:rsidP="00766DEC">
            <w:pPr>
              <w:spacing w:line="259" w:lineRule="auto"/>
              <w:ind w:right="239"/>
              <w:jc w:val="both"/>
              <w:rPr>
                <w:rFonts w:asciiTheme="majorHAnsi" w:hAnsiTheme="majorHAnsi" w:cstheme="majorHAnsi"/>
                <w:sz w:val="20"/>
                <w:szCs w:val="20"/>
              </w:rPr>
            </w:pPr>
            <w:r w:rsidRPr="00815DF9">
              <w:rPr>
                <w:rFonts w:asciiTheme="majorHAnsi" w:eastAsia="Calibri" w:hAnsiTheme="majorHAnsi" w:cstheme="majorHAnsi"/>
                <w:b/>
                <w:sz w:val="20"/>
                <w:szCs w:val="20"/>
              </w:rPr>
              <w:t>Proposed timing of the project / spending of the money.</w:t>
            </w:r>
            <w:r w:rsidRPr="00815DF9">
              <w:rPr>
                <w:rFonts w:asciiTheme="majorHAnsi" w:hAnsiTheme="majorHAnsi" w:cstheme="majorHAnsi"/>
                <w:sz w:val="20"/>
                <w:szCs w:val="20"/>
              </w:rPr>
              <w:t xml:space="preserve"> (Start / End date)</w:t>
            </w:r>
            <w:r w:rsidRPr="00815DF9">
              <w:rPr>
                <w:rFonts w:asciiTheme="majorHAnsi" w:eastAsia="Calibri" w:hAnsiTheme="majorHAnsi" w:cstheme="majorHAnsi"/>
                <w:b/>
                <w:sz w:val="20"/>
                <w:szCs w:val="20"/>
              </w:rPr>
              <w:t xml:space="preserve">  </w:t>
            </w:r>
            <w:r w:rsidRPr="00815DF9">
              <w:rPr>
                <w:rFonts w:asciiTheme="majorHAnsi" w:eastAsia="Calibri" w:hAnsiTheme="majorHAnsi" w:cstheme="majorHAnsi"/>
                <w:sz w:val="20"/>
                <w:szCs w:val="20"/>
              </w:rPr>
              <w:t xml:space="preserve"> </w:t>
            </w:r>
          </w:p>
        </w:tc>
        <w:tc>
          <w:tcPr>
            <w:tcW w:w="7525" w:type="dxa"/>
            <w:tcBorders>
              <w:top w:val="single" w:sz="6" w:space="0" w:color="000000"/>
              <w:left w:val="single" w:sz="6" w:space="0" w:color="000000"/>
              <w:bottom w:val="single" w:sz="6" w:space="0" w:color="000000"/>
              <w:right w:val="single" w:sz="6" w:space="0" w:color="000000"/>
            </w:tcBorders>
          </w:tcPr>
          <w:p w14:paraId="7A41392F" w14:textId="77777777" w:rsidR="00210346" w:rsidRPr="00815DF9" w:rsidRDefault="00210346" w:rsidP="00766DEC">
            <w:pPr>
              <w:spacing w:line="259" w:lineRule="auto"/>
              <w:ind w:left="30"/>
              <w:rPr>
                <w:rFonts w:asciiTheme="majorHAnsi" w:hAnsiTheme="majorHAnsi" w:cstheme="majorHAnsi"/>
                <w:sz w:val="20"/>
                <w:szCs w:val="20"/>
              </w:rPr>
            </w:pPr>
            <w:r w:rsidRPr="00815DF9">
              <w:rPr>
                <w:rFonts w:asciiTheme="majorHAnsi" w:eastAsia="Calibri" w:hAnsiTheme="majorHAnsi" w:cstheme="majorHAnsi"/>
                <w:sz w:val="20"/>
                <w:szCs w:val="20"/>
              </w:rPr>
              <w:t xml:space="preserve"> </w:t>
            </w:r>
          </w:p>
        </w:tc>
      </w:tr>
    </w:tbl>
    <w:p w14:paraId="1515C383" w14:textId="77777777" w:rsidR="00210346" w:rsidRPr="00815DF9" w:rsidRDefault="00210346" w:rsidP="00210346">
      <w:pPr>
        <w:spacing w:after="108" w:line="259" w:lineRule="auto"/>
        <w:ind w:left="286"/>
        <w:rPr>
          <w:rFonts w:asciiTheme="majorHAnsi" w:hAnsiTheme="majorHAnsi" w:cstheme="majorHAnsi"/>
        </w:rPr>
      </w:pPr>
      <w:r w:rsidRPr="00815DF9">
        <w:rPr>
          <w:rFonts w:asciiTheme="majorHAnsi" w:hAnsiTheme="majorHAnsi" w:cstheme="majorHAnsi"/>
        </w:rPr>
        <w:t xml:space="preserve"> </w:t>
      </w:r>
      <w:r w:rsidRPr="00815DF9">
        <w:rPr>
          <w:rFonts w:asciiTheme="majorHAnsi" w:eastAsia="Calibri" w:hAnsiTheme="majorHAnsi" w:cstheme="majorHAnsi"/>
        </w:rPr>
        <w:t xml:space="preserve"> </w:t>
      </w:r>
    </w:p>
    <w:p w14:paraId="7EFA234C" w14:textId="77777777" w:rsidR="00210346" w:rsidRPr="00815DF9" w:rsidRDefault="00210346" w:rsidP="00210346">
      <w:pPr>
        <w:spacing w:after="0" w:line="259" w:lineRule="auto"/>
        <w:ind w:left="281"/>
        <w:rPr>
          <w:rFonts w:asciiTheme="majorHAnsi" w:hAnsiTheme="majorHAnsi" w:cstheme="majorHAnsi"/>
        </w:rPr>
      </w:pPr>
      <w:r w:rsidRPr="00815DF9">
        <w:rPr>
          <w:rFonts w:asciiTheme="majorHAnsi" w:eastAsia="Calibri" w:hAnsiTheme="majorHAnsi" w:cstheme="majorHAnsi"/>
          <w:b/>
          <w:sz w:val="29"/>
        </w:rPr>
        <w:t xml:space="preserve">Payment Details  </w:t>
      </w:r>
    </w:p>
    <w:tbl>
      <w:tblPr>
        <w:tblStyle w:val="TableGrid0"/>
        <w:tblW w:w="10333" w:type="dxa"/>
        <w:tblInd w:w="308" w:type="dxa"/>
        <w:tblCellMar>
          <w:top w:w="79" w:type="dxa"/>
          <w:left w:w="113" w:type="dxa"/>
          <w:right w:w="27" w:type="dxa"/>
        </w:tblCellMar>
        <w:tblLook w:val="04A0" w:firstRow="1" w:lastRow="0" w:firstColumn="1" w:lastColumn="0" w:noHBand="0" w:noVBand="1"/>
      </w:tblPr>
      <w:tblGrid>
        <w:gridCol w:w="2824"/>
        <w:gridCol w:w="7509"/>
      </w:tblGrid>
      <w:tr w:rsidR="00210346" w:rsidRPr="00815DF9" w14:paraId="0A4A4E18" w14:textId="77777777" w:rsidTr="00DB334C">
        <w:trPr>
          <w:trHeight w:val="20"/>
        </w:trPr>
        <w:tc>
          <w:tcPr>
            <w:tcW w:w="10333" w:type="dxa"/>
            <w:gridSpan w:val="2"/>
            <w:tcBorders>
              <w:top w:val="single" w:sz="6" w:space="0" w:color="000000"/>
              <w:left w:val="single" w:sz="6" w:space="0" w:color="000000"/>
              <w:bottom w:val="single" w:sz="6" w:space="0" w:color="000000"/>
              <w:right w:val="single" w:sz="6" w:space="0" w:color="000000"/>
            </w:tcBorders>
          </w:tcPr>
          <w:p w14:paraId="5D2908FA" w14:textId="77777777" w:rsidR="00210346" w:rsidRPr="00815DF9" w:rsidRDefault="00210346" w:rsidP="00766DEC">
            <w:pPr>
              <w:spacing w:line="259" w:lineRule="auto"/>
              <w:jc w:val="both"/>
              <w:rPr>
                <w:rFonts w:asciiTheme="majorHAnsi" w:hAnsiTheme="majorHAnsi" w:cstheme="majorHAnsi"/>
                <w:sz w:val="20"/>
                <w:szCs w:val="20"/>
              </w:rPr>
            </w:pPr>
            <w:r w:rsidRPr="00815DF9">
              <w:rPr>
                <w:rFonts w:asciiTheme="majorHAnsi" w:hAnsiTheme="majorHAnsi" w:cstheme="majorHAnsi"/>
                <w:sz w:val="20"/>
                <w:szCs w:val="20"/>
              </w:rPr>
              <w:t xml:space="preserve">All grants are paid by BACS. Please give your organisation BACS details below (we cannot make payment into a personal or business account).  </w:t>
            </w:r>
            <w:r w:rsidRPr="00815DF9">
              <w:rPr>
                <w:rFonts w:asciiTheme="majorHAnsi" w:eastAsia="Calibri" w:hAnsiTheme="majorHAnsi" w:cstheme="majorHAnsi"/>
                <w:sz w:val="20"/>
                <w:szCs w:val="20"/>
              </w:rPr>
              <w:t xml:space="preserve"> </w:t>
            </w:r>
          </w:p>
        </w:tc>
      </w:tr>
      <w:tr w:rsidR="00210346" w:rsidRPr="00815DF9" w14:paraId="5470F8E4" w14:textId="77777777" w:rsidTr="00DB334C">
        <w:trPr>
          <w:trHeight w:val="20"/>
        </w:trPr>
        <w:tc>
          <w:tcPr>
            <w:tcW w:w="2824" w:type="dxa"/>
            <w:tcBorders>
              <w:top w:val="single" w:sz="6" w:space="0" w:color="000000"/>
              <w:left w:val="single" w:sz="6" w:space="0" w:color="000000"/>
              <w:bottom w:val="single" w:sz="6" w:space="0" w:color="000000"/>
              <w:right w:val="single" w:sz="6" w:space="0" w:color="000000"/>
            </w:tcBorders>
          </w:tcPr>
          <w:p w14:paraId="5FA29814" w14:textId="77777777" w:rsidR="00210346" w:rsidRPr="00815DF9" w:rsidRDefault="00210346" w:rsidP="00DB334C">
            <w:pPr>
              <w:spacing w:line="259" w:lineRule="auto"/>
              <w:rPr>
                <w:rFonts w:asciiTheme="majorHAnsi" w:hAnsiTheme="majorHAnsi" w:cstheme="majorHAnsi"/>
                <w:sz w:val="20"/>
                <w:szCs w:val="20"/>
              </w:rPr>
            </w:pPr>
            <w:r w:rsidRPr="00815DF9">
              <w:rPr>
                <w:rFonts w:asciiTheme="majorHAnsi" w:eastAsia="Calibri" w:hAnsiTheme="majorHAnsi" w:cstheme="majorHAnsi"/>
                <w:b/>
                <w:sz w:val="20"/>
                <w:szCs w:val="20"/>
              </w:rPr>
              <w:t xml:space="preserve">Bank Name </w:t>
            </w:r>
            <w:r w:rsidRPr="00815DF9">
              <w:rPr>
                <w:rFonts w:asciiTheme="majorHAnsi" w:eastAsia="Calibri" w:hAnsiTheme="majorHAnsi" w:cstheme="majorHAnsi"/>
                <w:sz w:val="20"/>
                <w:szCs w:val="20"/>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7BB11B4B" w14:textId="77777777" w:rsidR="00210346" w:rsidRPr="00815DF9" w:rsidRDefault="00210346" w:rsidP="00766DEC">
            <w:pPr>
              <w:spacing w:line="259" w:lineRule="auto"/>
              <w:rPr>
                <w:rFonts w:asciiTheme="majorHAnsi" w:hAnsiTheme="majorHAnsi" w:cstheme="majorHAnsi"/>
                <w:sz w:val="20"/>
                <w:szCs w:val="20"/>
              </w:rPr>
            </w:pPr>
            <w:r w:rsidRPr="00815DF9">
              <w:rPr>
                <w:rFonts w:asciiTheme="majorHAnsi" w:eastAsia="Calibri" w:hAnsiTheme="majorHAnsi" w:cstheme="majorHAnsi"/>
                <w:sz w:val="20"/>
                <w:szCs w:val="20"/>
              </w:rPr>
              <w:t xml:space="preserve"> </w:t>
            </w:r>
          </w:p>
        </w:tc>
      </w:tr>
      <w:tr w:rsidR="00210346" w:rsidRPr="00815DF9" w14:paraId="74A460B4" w14:textId="77777777" w:rsidTr="00DB334C">
        <w:trPr>
          <w:trHeight w:val="20"/>
        </w:trPr>
        <w:tc>
          <w:tcPr>
            <w:tcW w:w="2824" w:type="dxa"/>
            <w:tcBorders>
              <w:top w:val="single" w:sz="6" w:space="0" w:color="000000"/>
              <w:left w:val="single" w:sz="6" w:space="0" w:color="000000"/>
              <w:bottom w:val="single" w:sz="6" w:space="0" w:color="000000"/>
              <w:right w:val="single" w:sz="6" w:space="0" w:color="000000"/>
            </w:tcBorders>
          </w:tcPr>
          <w:p w14:paraId="0D092B5B" w14:textId="77777777" w:rsidR="00210346" w:rsidRPr="00815DF9" w:rsidRDefault="00210346" w:rsidP="00DB334C">
            <w:pPr>
              <w:spacing w:line="259" w:lineRule="auto"/>
              <w:rPr>
                <w:rFonts w:asciiTheme="majorHAnsi" w:hAnsiTheme="majorHAnsi" w:cstheme="majorHAnsi"/>
                <w:sz w:val="20"/>
                <w:szCs w:val="20"/>
              </w:rPr>
            </w:pPr>
            <w:r w:rsidRPr="00815DF9">
              <w:rPr>
                <w:rFonts w:asciiTheme="majorHAnsi" w:eastAsia="Calibri" w:hAnsiTheme="majorHAnsi" w:cstheme="majorHAnsi"/>
                <w:b/>
                <w:sz w:val="20"/>
                <w:szCs w:val="20"/>
              </w:rPr>
              <w:t xml:space="preserve">Account Number </w:t>
            </w:r>
            <w:r w:rsidRPr="00815DF9">
              <w:rPr>
                <w:rFonts w:asciiTheme="majorHAnsi" w:eastAsia="Calibri" w:hAnsiTheme="majorHAnsi" w:cstheme="majorHAnsi"/>
                <w:sz w:val="20"/>
                <w:szCs w:val="20"/>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33D10472" w14:textId="77777777" w:rsidR="00210346" w:rsidRPr="00815DF9" w:rsidRDefault="00210346" w:rsidP="00766DEC">
            <w:pPr>
              <w:spacing w:line="259" w:lineRule="auto"/>
              <w:rPr>
                <w:rFonts w:asciiTheme="majorHAnsi" w:hAnsiTheme="majorHAnsi" w:cstheme="majorHAnsi"/>
                <w:sz w:val="20"/>
                <w:szCs w:val="20"/>
              </w:rPr>
            </w:pPr>
            <w:r w:rsidRPr="00815DF9">
              <w:rPr>
                <w:rFonts w:asciiTheme="majorHAnsi" w:eastAsia="Calibri" w:hAnsiTheme="majorHAnsi" w:cstheme="majorHAnsi"/>
                <w:sz w:val="20"/>
                <w:szCs w:val="20"/>
              </w:rPr>
              <w:t xml:space="preserve"> </w:t>
            </w:r>
          </w:p>
        </w:tc>
      </w:tr>
      <w:tr w:rsidR="00210346" w:rsidRPr="00815DF9" w14:paraId="755E4CF9" w14:textId="77777777" w:rsidTr="00DB334C">
        <w:trPr>
          <w:trHeight w:val="20"/>
        </w:trPr>
        <w:tc>
          <w:tcPr>
            <w:tcW w:w="2824" w:type="dxa"/>
            <w:tcBorders>
              <w:top w:val="single" w:sz="6" w:space="0" w:color="000000"/>
              <w:left w:val="single" w:sz="6" w:space="0" w:color="000000"/>
              <w:bottom w:val="single" w:sz="6" w:space="0" w:color="000000"/>
              <w:right w:val="single" w:sz="6" w:space="0" w:color="000000"/>
            </w:tcBorders>
          </w:tcPr>
          <w:p w14:paraId="611ECAAE" w14:textId="77777777" w:rsidR="00210346" w:rsidRPr="00815DF9" w:rsidRDefault="00210346" w:rsidP="00DB334C">
            <w:pPr>
              <w:spacing w:line="259" w:lineRule="auto"/>
              <w:rPr>
                <w:rFonts w:asciiTheme="majorHAnsi" w:hAnsiTheme="majorHAnsi" w:cstheme="majorHAnsi"/>
                <w:sz w:val="20"/>
                <w:szCs w:val="20"/>
              </w:rPr>
            </w:pPr>
            <w:r w:rsidRPr="00815DF9">
              <w:rPr>
                <w:rFonts w:asciiTheme="majorHAnsi" w:eastAsia="Calibri" w:hAnsiTheme="majorHAnsi" w:cstheme="majorHAnsi"/>
                <w:b/>
                <w:sz w:val="20"/>
                <w:szCs w:val="20"/>
              </w:rPr>
              <w:t xml:space="preserve">Sort Code </w:t>
            </w:r>
            <w:r w:rsidRPr="00815DF9">
              <w:rPr>
                <w:rFonts w:asciiTheme="majorHAnsi" w:eastAsia="Calibri" w:hAnsiTheme="majorHAnsi" w:cstheme="majorHAnsi"/>
                <w:sz w:val="20"/>
                <w:szCs w:val="20"/>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755267A0" w14:textId="77777777" w:rsidR="00210346" w:rsidRPr="00815DF9" w:rsidRDefault="00210346" w:rsidP="00766DEC">
            <w:pPr>
              <w:spacing w:line="259" w:lineRule="auto"/>
              <w:rPr>
                <w:rFonts w:asciiTheme="majorHAnsi" w:hAnsiTheme="majorHAnsi" w:cstheme="majorHAnsi"/>
                <w:sz w:val="20"/>
                <w:szCs w:val="20"/>
              </w:rPr>
            </w:pPr>
            <w:r w:rsidRPr="00815DF9">
              <w:rPr>
                <w:rFonts w:asciiTheme="majorHAnsi" w:eastAsia="Calibri" w:hAnsiTheme="majorHAnsi" w:cstheme="majorHAnsi"/>
                <w:sz w:val="20"/>
                <w:szCs w:val="20"/>
              </w:rPr>
              <w:t xml:space="preserve"> </w:t>
            </w:r>
          </w:p>
        </w:tc>
      </w:tr>
      <w:tr w:rsidR="00210346" w:rsidRPr="00815DF9" w14:paraId="0118B7FF" w14:textId="77777777" w:rsidTr="00DB334C">
        <w:trPr>
          <w:trHeight w:val="20"/>
        </w:trPr>
        <w:tc>
          <w:tcPr>
            <w:tcW w:w="2824" w:type="dxa"/>
            <w:tcBorders>
              <w:top w:val="single" w:sz="6" w:space="0" w:color="000000"/>
              <w:left w:val="single" w:sz="6" w:space="0" w:color="000000"/>
              <w:bottom w:val="single" w:sz="6" w:space="0" w:color="000000"/>
              <w:right w:val="single" w:sz="6" w:space="0" w:color="000000"/>
            </w:tcBorders>
          </w:tcPr>
          <w:p w14:paraId="3DBBE35E" w14:textId="77777777" w:rsidR="00210346" w:rsidRPr="00815DF9" w:rsidRDefault="00210346" w:rsidP="00DB334C">
            <w:pPr>
              <w:spacing w:line="259" w:lineRule="auto"/>
              <w:rPr>
                <w:rFonts w:asciiTheme="majorHAnsi" w:hAnsiTheme="majorHAnsi" w:cstheme="majorHAnsi"/>
                <w:sz w:val="20"/>
                <w:szCs w:val="20"/>
              </w:rPr>
            </w:pPr>
            <w:r w:rsidRPr="00815DF9">
              <w:rPr>
                <w:rFonts w:asciiTheme="majorHAnsi" w:eastAsia="Calibri" w:hAnsiTheme="majorHAnsi" w:cstheme="majorHAnsi"/>
                <w:b/>
                <w:sz w:val="20"/>
                <w:szCs w:val="20"/>
              </w:rPr>
              <w:t xml:space="preserve">Name as it appears on the bank statement </w:t>
            </w:r>
            <w:r w:rsidRPr="00815DF9">
              <w:rPr>
                <w:rFonts w:asciiTheme="majorHAnsi" w:eastAsia="Calibri" w:hAnsiTheme="majorHAnsi" w:cstheme="majorHAnsi"/>
                <w:sz w:val="20"/>
                <w:szCs w:val="20"/>
              </w:rPr>
              <w:t xml:space="preserve"> </w:t>
            </w:r>
          </w:p>
        </w:tc>
        <w:tc>
          <w:tcPr>
            <w:tcW w:w="7510" w:type="dxa"/>
            <w:tcBorders>
              <w:top w:val="single" w:sz="6" w:space="0" w:color="000000"/>
              <w:left w:val="single" w:sz="6" w:space="0" w:color="000000"/>
              <w:bottom w:val="single" w:sz="6" w:space="0" w:color="000000"/>
              <w:right w:val="single" w:sz="6" w:space="0" w:color="000000"/>
            </w:tcBorders>
          </w:tcPr>
          <w:p w14:paraId="6C0E712D" w14:textId="77777777" w:rsidR="00210346" w:rsidRPr="00815DF9" w:rsidRDefault="00210346" w:rsidP="00766DEC">
            <w:pPr>
              <w:spacing w:line="259" w:lineRule="auto"/>
              <w:rPr>
                <w:rFonts w:asciiTheme="majorHAnsi" w:hAnsiTheme="majorHAnsi" w:cstheme="majorHAnsi"/>
                <w:sz w:val="20"/>
                <w:szCs w:val="20"/>
              </w:rPr>
            </w:pPr>
            <w:r w:rsidRPr="00815DF9">
              <w:rPr>
                <w:rFonts w:asciiTheme="majorHAnsi" w:eastAsia="Calibri" w:hAnsiTheme="majorHAnsi" w:cstheme="majorHAnsi"/>
                <w:sz w:val="20"/>
                <w:szCs w:val="20"/>
              </w:rPr>
              <w:t xml:space="preserve"> </w:t>
            </w:r>
          </w:p>
        </w:tc>
      </w:tr>
    </w:tbl>
    <w:p w14:paraId="09335BF6" w14:textId="77777777" w:rsidR="009C1BE5" w:rsidRDefault="009C1BE5" w:rsidP="00210346">
      <w:pPr>
        <w:spacing w:after="0" w:line="259" w:lineRule="auto"/>
        <w:ind w:left="281"/>
        <w:rPr>
          <w:rFonts w:asciiTheme="majorHAnsi" w:eastAsia="Calibri" w:hAnsiTheme="majorHAnsi" w:cstheme="majorHAnsi"/>
          <w:b/>
          <w:sz w:val="29"/>
        </w:rPr>
      </w:pPr>
    </w:p>
    <w:p w14:paraId="600D1345" w14:textId="77777777" w:rsidR="009C1BE5" w:rsidRDefault="009C1BE5" w:rsidP="00210346">
      <w:pPr>
        <w:spacing w:after="0" w:line="259" w:lineRule="auto"/>
        <w:ind w:left="281"/>
        <w:rPr>
          <w:rFonts w:asciiTheme="majorHAnsi" w:eastAsia="Calibri" w:hAnsiTheme="majorHAnsi" w:cstheme="majorHAnsi"/>
          <w:b/>
          <w:sz w:val="29"/>
        </w:rPr>
      </w:pPr>
    </w:p>
    <w:p w14:paraId="2293CA9E" w14:textId="77777777" w:rsidR="009C1BE5" w:rsidRDefault="009C1BE5" w:rsidP="00210346">
      <w:pPr>
        <w:spacing w:after="0" w:line="259" w:lineRule="auto"/>
        <w:ind w:left="281"/>
        <w:rPr>
          <w:rFonts w:asciiTheme="majorHAnsi" w:eastAsia="Calibri" w:hAnsiTheme="majorHAnsi" w:cstheme="majorHAnsi"/>
          <w:b/>
          <w:sz w:val="29"/>
        </w:rPr>
      </w:pPr>
    </w:p>
    <w:p w14:paraId="320241DD" w14:textId="70A91B93" w:rsidR="00210346" w:rsidRPr="00815DF9" w:rsidRDefault="00210346" w:rsidP="00210346">
      <w:pPr>
        <w:spacing w:after="0" w:line="259" w:lineRule="auto"/>
        <w:ind w:left="281"/>
        <w:rPr>
          <w:rFonts w:asciiTheme="majorHAnsi" w:hAnsiTheme="majorHAnsi" w:cstheme="majorHAnsi"/>
        </w:rPr>
      </w:pPr>
      <w:r w:rsidRPr="00815DF9">
        <w:rPr>
          <w:rFonts w:asciiTheme="majorHAnsi" w:eastAsia="Calibri" w:hAnsiTheme="majorHAnsi" w:cstheme="majorHAnsi"/>
          <w:b/>
          <w:sz w:val="29"/>
        </w:rPr>
        <w:lastRenderedPageBreak/>
        <w:t xml:space="preserve">Finance  </w:t>
      </w:r>
    </w:p>
    <w:tbl>
      <w:tblPr>
        <w:tblStyle w:val="TableGrid0"/>
        <w:tblW w:w="10333" w:type="dxa"/>
        <w:tblInd w:w="308" w:type="dxa"/>
        <w:tblCellMar>
          <w:top w:w="79" w:type="dxa"/>
          <w:right w:w="115" w:type="dxa"/>
        </w:tblCellMar>
        <w:tblLook w:val="04A0" w:firstRow="1" w:lastRow="0" w:firstColumn="1" w:lastColumn="0" w:noHBand="0" w:noVBand="1"/>
      </w:tblPr>
      <w:tblGrid>
        <w:gridCol w:w="9965"/>
        <w:gridCol w:w="368"/>
      </w:tblGrid>
      <w:tr w:rsidR="00210346" w:rsidRPr="00815DF9" w14:paraId="19D9E8EB" w14:textId="77777777" w:rsidTr="00DB334C">
        <w:trPr>
          <w:trHeight w:val="20"/>
        </w:trPr>
        <w:tc>
          <w:tcPr>
            <w:tcW w:w="9965" w:type="dxa"/>
            <w:tcBorders>
              <w:top w:val="single" w:sz="6" w:space="0" w:color="000000"/>
              <w:left w:val="single" w:sz="6" w:space="0" w:color="000000"/>
              <w:bottom w:val="single" w:sz="6" w:space="0" w:color="000000"/>
              <w:right w:val="nil"/>
            </w:tcBorders>
          </w:tcPr>
          <w:p w14:paraId="1BA577B8" w14:textId="77777777" w:rsidR="00210346" w:rsidRPr="00815DF9" w:rsidRDefault="00210346" w:rsidP="00DB334C">
            <w:pPr>
              <w:ind w:left="113"/>
              <w:rPr>
                <w:rFonts w:asciiTheme="majorHAnsi" w:hAnsiTheme="majorHAnsi" w:cstheme="majorHAnsi"/>
                <w:sz w:val="22"/>
                <w:szCs w:val="22"/>
              </w:rPr>
            </w:pPr>
            <w:r w:rsidRPr="00815DF9">
              <w:rPr>
                <w:rFonts w:asciiTheme="majorHAnsi" w:eastAsia="Calibri" w:hAnsiTheme="majorHAnsi" w:cstheme="majorHAnsi"/>
                <w:b/>
                <w:sz w:val="22"/>
                <w:szCs w:val="22"/>
              </w:rPr>
              <w:t xml:space="preserve">What is the total cost of your project and how have you arrived at that cost? </w:t>
            </w:r>
            <w:r w:rsidRPr="00815DF9">
              <w:rPr>
                <w:rFonts w:asciiTheme="majorHAnsi" w:eastAsia="Calibri" w:hAnsiTheme="majorHAnsi" w:cstheme="majorHAnsi"/>
                <w:b/>
                <w:i/>
                <w:sz w:val="22"/>
                <w:szCs w:val="22"/>
              </w:rPr>
              <w:t>(</w:t>
            </w:r>
            <w:r w:rsidRPr="00815DF9">
              <w:rPr>
                <w:rFonts w:asciiTheme="majorHAnsi" w:eastAsia="Calibri" w:hAnsiTheme="majorHAnsi" w:cstheme="majorHAnsi"/>
                <w:i/>
                <w:sz w:val="22"/>
                <w:szCs w:val="22"/>
              </w:rPr>
              <w:t xml:space="preserve">Please attached quotes) </w:t>
            </w:r>
            <w:r w:rsidRPr="00815DF9">
              <w:rPr>
                <w:rFonts w:asciiTheme="majorHAnsi" w:eastAsia="Calibri" w:hAnsiTheme="majorHAnsi" w:cstheme="majorHAnsi"/>
                <w:sz w:val="22"/>
                <w:szCs w:val="22"/>
              </w:rPr>
              <w:t xml:space="preserve"> </w:t>
            </w:r>
          </w:p>
        </w:tc>
        <w:tc>
          <w:tcPr>
            <w:tcW w:w="368" w:type="dxa"/>
            <w:tcBorders>
              <w:top w:val="single" w:sz="6" w:space="0" w:color="000000"/>
              <w:left w:val="nil"/>
              <w:bottom w:val="single" w:sz="6" w:space="0" w:color="000000"/>
              <w:right w:val="single" w:sz="6" w:space="0" w:color="000000"/>
            </w:tcBorders>
          </w:tcPr>
          <w:p w14:paraId="1B5AE7FA" w14:textId="77777777" w:rsidR="00210346" w:rsidRPr="00815DF9" w:rsidRDefault="00210346" w:rsidP="00DB334C">
            <w:pPr>
              <w:rPr>
                <w:rFonts w:asciiTheme="majorHAnsi" w:hAnsiTheme="majorHAnsi" w:cstheme="majorHAnsi"/>
                <w:sz w:val="22"/>
                <w:szCs w:val="22"/>
              </w:rPr>
            </w:pPr>
          </w:p>
          <w:p w14:paraId="35EE810F" w14:textId="77777777" w:rsidR="00DB334C" w:rsidRPr="00815DF9" w:rsidRDefault="00DB334C" w:rsidP="00DB334C">
            <w:pPr>
              <w:rPr>
                <w:rFonts w:asciiTheme="majorHAnsi" w:hAnsiTheme="majorHAnsi" w:cstheme="majorHAnsi"/>
                <w:sz w:val="22"/>
                <w:szCs w:val="22"/>
              </w:rPr>
            </w:pPr>
          </w:p>
        </w:tc>
      </w:tr>
      <w:tr w:rsidR="00210346" w:rsidRPr="00815DF9" w14:paraId="6E1E23D8" w14:textId="77777777" w:rsidTr="00DB334C">
        <w:trPr>
          <w:trHeight w:val="20"/>
        </w:trPr>
        <w:tc>
          <w:tcPr>
            <w:tcW w:w="9965" w:type="dxa"/>
            <w:tcBorders>
              <w:top w:val="single" w:sz="6" w:space="0" w:color="000000"/>
              <w:left w:val="single" w:sz="6" w:space="0" w:color="000000"/>
              <w:bottom w:val="single" w:sz="6" w:space="0" w:color="000000"/>
              <w:right w:val="nil"/>
            </w:tcBorders>
          </w:tcPr>
          <w:p w14:paraId="57C92DAD" w14:textId="77777777" w:rsidR="00210346" w:rsidRPr="00815DF9" w:rsidRDefault="00210346" w:rsidP="00DB334C">
            <w:pPr>
              <w:ind w:left="113"/>
              <w:rPr>
                <w:rFonts w:asciiTheme="majorHAnsi" w:hAnsiTheme="majorHAnsi" w:cstheme="majorHAnsi"/>
                <w:sz w:val="22"/>
                <w:szCs w:val="22"/>
              </w:rPr>
            </w:pPr>
            <w:r w:rsidRPr="00815DF9">
              <w:rPr>
                <w:rFonts w:asciiTheme="majorHAnsi" w:eastAsia="Calibri" w:hAnsiTheme="majorHAnsi" w:cstheme="majorHAnsi"/>
                <w:b/>
                <w:sz w:val="22"/>
                <w:szCs w:val="22"/>
              </w:rPr>
              <w:t xml:space="preserve">How much money are you applying for? </w:t>
            </w:r>
            <w:r w:rsidRPr="00815DF9">
              <w:rPr>
                <w:rFonts w:asciiTheme="majorHAnsi" w:eastAsia="Calibri" w:hAnsiTheme="majorHAnsi" w:cstheme="majorHAnsi"/>
                <w:sz w:val="22"/>
                <w:szCs w:val="22"/>
              </w:rPr>
              <w:t xml:space="preserve"> </w:t>
            </w:r>
          </w:p>
          <w:p w14:paraId="5BEA296D" w14:textId="77777777" w:rsidR="00210346" w:rsidRPr="00815DF9" w:rsidRDefault="00210346" w:rsidP="00DB334C">
            <w:pPr>
              <w:ind w:left="113"/>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c>
          <w:tcPr>
            <w:tcW w:w="368" w:type="dxa"/>
            <w:tcBorders>
              <w:top w:val="single" w:sz="6" w:space="0" w:color="000000"/>
              <w:left w:val="nil"/>
              <w:bottom w:val="single" w:sz="6" w:space="0" w:color="000000"/>
              <w:right w:val="single" w:sz="6" w:space="0" w:color="000000"/>
            </w:tcBorders>
          </w:tcPr>
          <w:p w14:paraId="414423CC" w14:textId="77777777" w:rsidR="00210346" w:rsidRPr="00815DF9" w:rsidRDefault="00210346" w:rsidP="00DB334C">
            <w:pPr>
              <w:rPr>
                <w:rFonts w:asciiTheme="majorHAnsi" w:hAnsiTheme="majorHAnsi" w:cstheme="majorHAnsi"/>
                <w:sz w:val="22"/>
                <w:szCs w:val="22"/>
              </w:rPr>
            </w:pPr>
          </w:p>
        </w:tc>
      </w:tr>
      <w:tr w:rsidR="00210346" w:rsidRPr="00815DF9" w14:paraId="61F44485" w14:textId="77777777" w:rsidTr="00DB334C">
        <w:trPr>
          <w:trHeight w:val="20"/>
        </w:trPr>
        <w:tc>
          <w:tcPr>
            <w:tcW w:w="9965" w:type="dxa"/>
            <w:tcBorders>
              <w:top w:val="single" w:sz="6" w:space="0" w:color="000000"/>
              <w:left w:val="single" w:sz="6" w:space="0" w:color="000000"/>
              <w:bottom w:val="single" w:sz="6" w:space="0" w:color="000000"/>
              <w:right w:val="nil"/>
            </w:tcBorders>
          </w:tcPr>
          <w:p w14:paraId="1A0C6AB0" w14:textId="77777777" w:rsidR="00210346" w:rsidRPr="00815DF9" w:rsidRDefault="00210346" w:rsidP="00DB334C">
            <w:pPr>
              <w:ind w:left="113"/>
              <w:rPr>
                <w:rFonts w:asciiTheme="majorHAnsi" w:eastAsia="Calibri" w:hAnsiTheme="majorHAnsi" w:cstheme="majorHAnsi"/>
                <w:sz w:val="22"/>
                <w:szCs w:val="22"/>
              </w:rPr>
            </w:pPr>
            <w:r w:rsidRPr="00815DF9">
              <w:rPr>
                <w:rFonts w:asciiTheme="majorHAnsi" w:eastAsia="Calibri" w:hAnsiTheme="majorHAnsi" w:cstheme="majorHAnsi"/>
                <w:b/>
                <w:sz w:val="22"/>
                <w:szCs w:val="22"/>
              </w:rPr>
              <w:t xml:space="preserve">What other funding opportunities have been identified? </w:t>
            </w:r>
            <w:r w:rsidRPr="00815DF9">
              <w:rPr>
                <w:rFonts w:asciiTheme="majorHAnsi" w:hAnsiTheme="majorHAnsi" w:cstheme="majorHAnsi"/>
                <w:sz w:val="22"/>
                <w:szCs w:val="22"/>
              </w:rPr>
              <w:t>(Include details of fundraising, other external grants, details of any in-kind support, such as people giving their professional skills or time for free)</w:t>
            </w:r>
            <w:r w:rsidRPr="00815DF9">
              <w:rPr>
                <w:rFonts w:asciiTheme="majorHAnsi" w:eastAsia="Calibri" w:hAnsiTheme="majorHAnsi" w:cstheme="majorHAnsi"/>
                <w:b/>
                <w:sz w:val="22"/>
                <w:szCs w:val="22"/>
              </w:rPr>
              <w:t xml:space="preserve"> </w:t>
            </w:r>
            <w:r w:rsidRPr="00815DF9">
              <w:rPr>
                <w:rFonts w:asciiTheme="majorHAnsi" w:eastAsia="Calibri" w:hAnsiTheme="majorHAnsi" w:cstheme="majorHAnsi"/>
                <w:sz w:val="22"/>
                <w:szCs w:val="22"/>
              </w:rPr>
              <w:t xml:space="preserve"> </w:t>
            </w:r>
          </w:p>
          <w:p w14:paraId="15521466" w14:textId="77777777" w:rsidR="00DB334C" w:rsidRPr="00815DF9" w:rsidRDefault="00DB334C" w:rsidP="00DB334C">
            <w:pPr>
              <w:ind w:left="113"/>
              <w:rPr>
                <w:rFonts w:asciiTheme="majorHAnsi" w:hAnsiTheme="majorHAnsi" w:cstheme="majorHAnsi"/>
                <w:sz w:val="22"/>
                <w:szCs w:val="22"/>
              </w:rPr>
            </w:pPr>
          </w:p>
        </w:tc>
        <w:tc>
          <w:tcPr>
            <w:tcW w:w="368" w:type="dxa"/>
            <w:tcBorders>
              <w:top w:val="single" w:sz="6" w:space="0" w:color="000000"/>
              <w:left w:val="nil"/>
              <w:bottom w:val="single" w:sz="6" w:space="0" w:color="000000"/>
              <w:right w:val="single" w:sz="6" w:space="0" w:color="000000"/>
            </w:tcBorders>
          </w:tcPr>
          <w:p w14:paraId="08E55B82" w14:textId="77777777" w:rsidR="00210346" w:rsidRPr="00815DF9" w:rsidRDefault="00210346" w:rsidP="00DB334C">
            <w:pPr>
              <w:rPr>
                <w:rFonts w:asciiTheme="majorHAnsi" w:hAnsiTheme="majorHAnsi" w:cstheme="majorHAnsi"/>
                <w:sz w:val="22"/>
                <w:szCs w:val="22"/>
              </w:rPr>
            </w:pPr>
          </w:p>
        </w:tc>
      </w:tr>
      <w:tr w:rsidR="00210346" w:rsidRPr="00815DF9" w14:paraId="07A39292" w14:textId="77777777" w:rsidTr="00766DEC">
        <w:trPr>
          <w:trHeight w:val="450"/>
        </w:trPr>
        <w:tc>
          <w:tcPr>
            <w:tcW w:w="9965" w:type="dxa"/>
            <w:tcBorders>
              <w:top w:val="single" w:sz="6" w:space="0" w:color="000000"/>
              <w:left w:val="single" w:sz="6" w:space="0" w:color="000000"/>
              <w:bottom w:val="single" w:sz="6" w:space="0" w:color="000000"/>
              <w:right w:val="nil"/>
            </w:tcBorders>
          </w:tcPr>
          <w:p w14:paraId="72F5884B" w14:textId="77777777" w:rsidR="00210346" w:rsidRPr="00815DF9" w:rsidRDefault="00210346" w:rsidP="00DB334C">
            <w:pPr>
              <w:ind w:left="113"/>
              <w:rPr>
                <w:rFonts w:asciiTheme="majorHAnsi" w:hAnsiTheme="majorHAnsi" w:cstheme="majorHAnsi"/>
                <w:sz w:val="22"/>
                <w:szCs w:val="22"/>
              </w:rPr>
            </w:pPr>
            <w:r w:rsidRPr="00815DF9">
              <w:rPr>
                <w:rFonts w:asciiTheme="majorHAnsi" w:eastAsia="Calibri" w:hAnsiTheme="majorHAnsi" w:cstheme="majorHAnsi"/>
                <w:b/>
                <w:sz w:val="22"/>
                <w:szCs w:val="22"/>
              </w:rPr>
              <w:t xml:space="preserve">If you are awarded all grants will there be a shortfall? if so how much?  </w:t>
            </w:r>
          </w:p>
        </w:tc>
        <w:tc>
          <w:tcPr>
            <w:tcW w:w="368" w:type="dxa"/>
            <w:tcBorders>
              <w:top w:val="single" w:sz="6" w:space="0" w:color="000000"/>
              <w:left w:val="nil"/>
              <w:bottom w:val="single" w:sz="6" w:space="0" w:color="000000"/>
              <w:right w:val="single" w:sz="6" w:space="0" w:color="000000"/>
            </w:tcBorders>
          </w:tcPr>
          <w:p w14:paraId="507A8740" w14:textId="77777777" w:rsidR="00210346" w:rsidRPr="00815DF9" w:rsidRDefault="00210346" w:rsidP="00DB334C">
            <w:pPr>
              <w:rPr>
                <w:rFonts w:asciiTheme="majorHAnsi" w:hAnsiTheme="majorHAnsi" w:cstheme="majorHAnsi"/>
                <w:sz w:val="22"/>
                <w:szCs w:val="22"/>
              </w:rPr>
            </w:pPr>
            <w:r w:rsidRPr="00815DF9">
              <w:rPr>
                <w:rFonts w:asciiTheme="majorHAnsi" w:hAnsiTheme="majorHAnsi" w:cstheme="majorHAnsi"/>
                <w:color w:val="666666"/>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6DB39CE0" w14:textId="77777777" w:rsidTr="00766DEC">
        <w:trPr>
          <w:trHeight w:val="451"/>
        </w:trPr>
        <w:tc>
          <w:tcPr>
            <w:tcW w:w="9965" w:type="dxa"/>
            <w:tcBorders>
              <w:top w:val="single" w:sz="6" w:space="0" w:color="000000"/>
              <w:left w:val="single" w:sz="6" w:space="0" w:color="000000"/>
              <w:bottom w:val="single" w:sz="6" w:space="0" w:color="000000"/>
              <w:right w:val="nil"/>
            </w:tcBorders>
          </w:tcPr>
          <w:p w14:paraId="293AA93B" w14:textId="77777777" w:rsidR="00210346" w:rsidRPr="00815DF9" w:rsidRDefault="00210346" w:rsidP="00DB334C">
            <w:pPr>
              <w:ind w:left="113"/>
              <w:rPr>
                <w:rFonts w:asciiTheme="majorHAnsi" w:hAnsiTheme="majorHAnsi" w:cstheme="majorHAnsi"/>
                <w:sz w:val="22"/>
                <w:szCs w:val="22"/>
              </w:rPr>
            </w:pPr>
            <w:r w:rsidRPr="00815DF9">
              <w:rPr>
                <w:rFonts w:asciiTheme="majorHAnsi" w:eastAsia="Calibri" w:hAnsiTheme="majorHAnsi" w:cstheme="majorHAnsi"/>
                <w:b/>
                <w:sz w:val="22"/>
                <w:szCs w:val="22"/>
              </w:rPr>
              <w:t xml:space="preserve">How will any potential shortfall during the project be addressed?  </w:t>
            </w:r>
          </w:p>
        </w:tc>
        <w:tc>
          <w:tcPr>
            <w:tcW w:w="368" w:type="dxa"/>
            <w:tcBorders>
              <w:top w:val="single" w:sz="6" w:space="0" w:color="000000"/>
              <w:left w:val="nil"/>
              <w:bottom w:val="single" w:sz="6" w:space="0" w:color="000000"/>
              <w:right w:val="single" w:sz="6" w:space="0" w:color="000000"/>
            </w:tcBorders>
          </w:tcPr>
          <w:p w14:paraId="4A7B0D22" w14:textId="77777777" w:rsidR="00210346" w:rsidRPr="00815DF9" w:rsidRDefault="00210346" w:rsidP="00DB334C">
            <w:pPr>
              <w:ind w:left="60"/>
              <w:rPr>
                <w:rFonts w:asciiTheme="majorHAnsi" w:hAnsiTheme="majorHAnsi" w:cstheme="majorHAnsi"/>
                <w:sz w:val="22"/>
                <w:szCs w:val="22"/>
              </w:rPr>
            </w:pP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bl>
    <w:p w14:paraId="1E96412D" w14:textId="77777777" w:rsidR="00210346" w:rsidRPr="00815DF9" w:rsidRDefault="00210346" w:rsidP="00210346">
      <w:pPr>
        <w:spacing w:after="0" w:line="259" w:lineRule="auto"/>
        <w:ind w:left="281"/>
        <w:rPr>
          <w:rFonts w:asciiTheme="majorHAnsi" w:hAnsiTheme="majorHAnsi" w:cstheme="majorHAnsi"/>
        </w:rPr>
      </w:pPr>
      <w:r w:rsidRPr="00815DF9">
        <w:rPr>
          <w:rFonts w:asciiTheme="majorHAnsi" w:eastAsia="Calibri" w:hAnsiTheme="majorHAnsi" w:cstheme="majorHAnsi"/>
          <w:b/>
          <w:sz w:val="29"/>
        </w:rPr>
        <w:t xml:space="preserve"> Supporting Information  </w:t>
      </w:r>
    </w:p>
    <w:tbl>
      <w:tblPr>
        <w:tblStyle w:val="TableGrid0"/>
        <w:tblW w:w="10333" w:type="dxa"/>
        <w:tblInd w:w="308" w:type="dxa"/>
        <w:tblCellMar>
          <w:top w:w="77" w:type="dxa"/>
          <w:left w:w="113" w:type="dxa"/>
          <w:right w:w="23" w:type="dxa"/>
        </w:tblCellMar>
        <w:tblLook w:val="04A0" w:firstRow="1" w:lastRow="0" w:firstColumn="1" w:lastColumn="0" w:noHBand="0" w:noVBand="1"/>
      </w:tblPr>
      <w:tblGrid>
        <w:gridCol w:w="9056"/>
        <w:gridCol w:w="1277"/>
      </w:tblGrid>
      <w:tr w:rsidR="00210346" w:rsidRPr="00815DF9" w14:paraId="29B7D271" w14:textId="77777777" w:rsidTr="00766DEC">
        <w:trPr>
          <w:trHeight w:val="631"/>
        </w:trPr>
        <w:tc>
          <w:tcPr>
            <w:tcW w:w="9057" w:type="dxa"/>
            <w:tcBorders>
              <w:top w:val="single" w:sz="6" w:space="0" w:color="000000"/>
              <w:left w:val="single" w:sz="6" w:space="0" w:color="000000"/>
              <w:bottom w:val="single" w:sz="6" w:space="0" w:color="000000"/>
              <w:right w:val="single" w:sz="6" w:space="0" w:color="000000"/>
            </w:tcBorders>
          </w:tcPr>
          <w:p w14:paraId="054F224F" w14:textId="77777777" w:rsidR="00210346" w:rsidRPr="00815DF9" w:rsidRDefault="00210346" w:rsidP="00F763A3">
            <w:pPr>
              <w:rPr>
                <w:rFonts w:asciiTheme="majorHAnsi" w:hAnsiTheme="majorHAnsi" w:cstheme="majorHAnsi"/>
                <w:sz w:val="22"/>
                <w:szCs w:val="22"/>
              </w:rPr>
            </w:pPr>
            <w:r w:rsidRPr="00815DF9">
              <w:rPr>
                <w:rFonts w:asciiTheme="majorHAnsi" w:eastAsia="Calibri" w:hAnsiTheme="majorHAnsi" w:cstheme="majorHAnsi"/>
                <w:b/>
                <w:sz w:val="22"/>
                <w:szCs w:val="22"/>
              </w:rPr>
              <w:t xml:space="preserve">For Small Grants of up to £500, applicants are required to submit: </w:t>
            </w:r>
            <w:r w:rsidRPr="00815DF9">
              <w:rPr>
                <w:rFonts w:asciiTheme="majorHAnsi" w:eastAsia="Calibri" w:hAnsiTheme="majorHAnsi" w:cstheme="majorHAnsi"/>
                <w:sz w:val="22"/>
                <w:szCs w:val="22"/>
              </w:rPr>
              <w:t xml:space="preserve"> </w:t>
            </w:r>
          </w:p>
        </w:tc>
        <w:tc>
          <w:tcPr>
            <w:tcW w:w="1277" w:type="dxa"/>
            <w:tcBorders>
              <w:top w:val="single" w:sz="6" w:space="0" w:color="000000"/>
              <w:left w:val="single" w:sz="6" w:space="0" w:color="000000"/>
              <w:bottom w:val="single" w:sz="6" w:space="0" w:color="000000"/>
              <w:right w:val="single" w:sz="6" w:space="0" w:color="000000"/>
            </w:tcBorders>
          </w:tcPr>
          <w:p w14:paraId="47E3E4B3" w14:textId="77777777" w:rsidR="00210346" w:rsidRPr="00815DF9" w:rsidRDefault="00210346" w:rsidP="00F763A3">
            <w:pPr>
              <w:ind w:left="15"/>
              <w:rPr>
                <w:rFonts w:asciiTheme="majorHAnsi" w:hAnsiTheme="majorHAnsi" w:cstheme="majorHAnsi"/>
                <w:sz w:val="22"/>
                <w:szCs w:val="22"/>
              </w:rPr>
            </w:pPr>
            <w:r w:rsidRPr="00815DF9">
              <w:rPr>
                <w:rFonts w:asciiTheme="majorHAnsi" w:eastAsia="Calibri" w:hAnsiTheme="majorHAnsi" w:cstheme="majorHAnsi"/>
                <w:i/>
                <w:sz w:val="22"/>
                <w:szCs w:val="22"/>
              </w:rPr>
              <w:t xml:space="preserve">Tick if </w:t>
            </w:r>
            <w:r w:rsidRPr="00815DF9">
              <w:rPr>
                <w:rFonts w:asciiTheme="majorHAnsi" w:eastAsia="Calibri" w:hAnsiTheme="majorHAnsi" w:cstheme="majorHAnsi"/>
                <w:sz w:val="22"/>
                <w:szCs w:val="22"/>
              </w:rPr>
              <w:t xml:space="preserve"> </w:t>
            </w:r>
          </w:p>
          <w:p w14:paraId="0CC9831E" w14:textId="77777777" w:rsidR="00210346" w:rsidRPr="00815DF9" w:rsidRDefault="00210346" w:rsidP="00F763A3">
            <w:pPr>
              <w:ind w:left="15"/>
              <w:rPr>
                <w:rFonts w:asciiTheme="majorHAnsi" w:hAnsiTheme="majorHAnsi" w:cstheme="majorHAnsi"/>
                <w:sz w:val="22"/>
                <w:szCs w:val="22"/>
              </w:rPr>
            </w:pPr>
            <w:r w:rsidRPr="00815DF9">
              <w:rPr>
                <w:rFonts w:asciiTheme="majorHAnsi" w:eastAsia="Calibri" w:hAnsiTheme="majorHAnsi" w:cstheme="majorHAnsi"/>
                <w:i/>
                <w:sz w:val="22"/>
                <w:szCs w:val="22"/>
              </w:rPr>
              <w:t xml:space="preserve">enclosed </w:t>
            </w:r>
            <w:r w:rsidRPr="00815DF9">
              <w:rPr>
                <w:rFonts w:asciiTheme="majorHAnsi" w:eastAsia="Calibri" w:hAnsiTheme="majorHAnsi" w:cstheme="majorHAnsi"/>
                <w:sz w:val="22"/>
                <w:szCs w:val="22"/>
              </w:rPr>
              <w:t xml:space="preserve"> </w:t>
            </w:r>
          </w:p>
        </w:tc>
      </w:tr>
      <w:tr w:rsidR="00210346" w:rsidRPr="00815DF9" w14:paraId="45491303" w14:textId="77777777" w:rsidTr="00766DEC">
        <w:trPr>
          <w:trHeight w:val="360"/>
        </w:trPr>
        <w:tc>
          <w:tcPr>
            <w:tcW w:w="9057" w:type="dxa"/>
            <w:tcBorders>
              <w:top w:val="single" w:sz="6" w:space="0" w:color="000000"/>
              <w:left w:val="single" w:sz="6" w:space="0" w:color="000000"/>
              <w:bottom w:val="single" w:sz="6" w:space="0" w:color="000000"/>
              <w:right w:val="single" w:sz="6" w:space="0" w:color="000000"/>
            </w:tcBorders>
          </w:tcPr>
          <w:p w14:paraId="0C1109E7" w14:textId="77777777" w:rsidR="00210346" w:rsidRPr="00815DF9" w:rsidRDefault="00210346" w:rsidP="00F763A3">
            <w:pPr>
              <w:rPr>
                <w:rFonts w:asciiTheme="majorHAnsi" w:hAnsiTheme="majorHAnsi" w:cstheme="majorHAnsi"/>
                <w:sz w:val="22"/>
                <w:szCs w:val="22"/>
              </w:rPr>
            </w:pPr>
            <w:r w:rsidRPr="00815DF9">
              <w:rPr>
                <w:rFonts w:asciiTheme="majorHAnsi" w:hAnsiTheme="majorHAnsi" w:cstheme="majorHAnsi"/>
                <w:sz w:val="22"/>
                <w:szCs w:val="22"/>
              </w:rPr>
              <w:t xml:space="preserve">A written statement of how the grant is to be used.  </w:t>
            </w:r>
            <w:r w:rsidRPr="00815DF9">
              <w:rPr>
                <w:rFonts w:asciiTheme="majorHAnsi" w:eastAsia="Calibri" w:hAnsiTheme="majorHAnsi" w:cstheme="majorHAnsi"/>
                <w:sz w:val="22"/>
                <w:szCs w:val="22"/>
              </w:rPr>
              <w:t xml:space="preserve"> </w:t>
            </w:r>
          </w:p>
        </w:tc>
        <w:tc>
          <w:tcPr>
            <w:tcW w:w="1277" w:type="dxa"/>
            <w:tcBorders>
              <w:top w:val="single" w:sz="6" w:space="0" w:color="000000"/>
              <w:left w:val="single" w:sz="6" w:space="0" w:color="000000"/>
              <w:bottom w:val="single" w:sz="6" w:space="0" w:color="000000"/>
              <w:right w:val="single" w:sz="6" w:space="0" w:color="000000"/>
            </w:tcBorders>
          </w:tcPr>
          <w:p w14:paraId="04B59606" w14:textId="77777777" w:rsidR="00210346" w:rsidRPr="00815DF9" w:rsidRDefault="00210346" w:rsidP="00F763A3">
            <w:pPr>
              <w:ind w:left="195"/>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5E12854F" w14:textId="77777777" w:rsidTr="00766DEC">
        <w:trPr>
          <w:trHeight w:val="631"/>
        </w:trPr>
        <w:tc>
          <w:tcPr>
            <w:tcW w:w="9057" w:type="dxa"/>
            <w:tcBorders>
              <w:top w:val="single" w:sz="6" w:space="0" w:color="000000"/>
              <w:left w:val="single" w:sz="6" w:space="0" w:color="000000"/>
              <w:bottom w:val="single" w:sz="6" w:space="0" w:color="000000"/>
              <w:right w:val="single" w:sz="6" w:space="0" w:color="000000"/>
            </w:tcBorders>
          </w:tcPr>
          <w:p w14:paraId="1F6B21B9" w14:textId="28A3EBC5" w:rsidR="00210346" w:rsidRPr="00815DF9" w:rsidRDefault="00210346" w:rsidP="00F763A3">
            <w:pPr>
              <w:rPr>
                <w:rFonts w:asciiTheme="majorHAnsi" w:hAnsiTheme="majorHAnsi" w:cstheme="majorHAnsi"/>
                <w:sz w:val="22"/>
                <w:szCs w:val="22"/>
              </w:rPr>
            </w:pPr>
            <w:r w:rsidRPr="00815DF9">
              <w:rPr>
                <w:rFonts w:asciiTheme="majorHAnsi" w:hAnsiTheme="majorHAnsi" w:cstheme="majorHAnsi"/>
                <w:sz w:val="22"/>
                <w:szCs w:val="22"/>
              </w:rPr>
              <w:t>A copy of the organisation's written rules, constitution, or other governing document must be provided with the application. These documents shall be current</w:t>
            </w:r>
            <w:r w:rsidR="00F763A3" w:rsidRPr="00815DF9">
              <w:rPr>
                <w:rFonts w:asciiTheme="majorHAnsi" w:hAnsiTheme="majorHAnsi" w:cstheme="majorHAnsi"/>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c>
          <w:tcPr>
            <w:tcW w:w="1277" w:type="dxa"/>
            <w:tcBorders>
              <w:top w:val="single" w:sz="6" w:space="0" w:color="000000"/>
              <w:left w:val="single" w:sz="6" w:space="0" w:color="000000"/>
              <w:bottom w:val="single" w:sz="6" w:space="0" w:color="000000"/>
              <w:right w:val="single" w:sz="6" w:space="0" w:color="000000"/>
            </w:tcBorders>
          </w:tcPr>
          <w:p w14:paraId="6BF9828E" w14:textId="77777777" w:rsidR="00210346" w:rsidRPr="00815DF9" w:rsidRDefault="00210346" w:rsidP="00F763A3">
            <w:pPr>
              <w:ind w:left="195"/>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0AFD21DC" w14:textId="77777777" w:rsidTr="00766DEC">
        <w:trPr>
          <w:trHeight w:val="630"/>
        </w:trPr>
        <w:tc>
          <w:tcPr>
            <w:tcW w:w="9057" w:type="dxa"/>
            <w:tcBorders>
              <w:top w:val="single" w:sz="6" w:space="0" w:color="000000"/>
              <w:left w:val="single" w:sz="6" w:space="0" w:color="000000"/>
              <w:bottom w:val="single" w:sz="6" w:space="0" w:color="000000"/>
              <w:right w:val="single" w:sz="6" w:space="0" w:color="000000"/>
            </w:tcBorders>
          </w:tcPr>
          <w:p w14:paraId="07910E21" w14:textId="77777777" w:rsidR="00210346" w:rsidRPr="00815DF9" w:rsidRDefault="00210346" w:rsidP="00F763A3">
            <w:pPr>
              <w:rPr>
                <w:rFonts w:asciiTheme="majorHAnsi" w:hAnsiTheme="majorHAnsi" w:cstheme="majorHAnsi"/>
                <w:sz w:val="22"/>
                <w:szCs w:val="22"/>
              </w:rPr>
            </w:pPr>
            <w:r w:rsidRPr="00815DF9">
              <w:rPr>
                <w:rFonts w:asciiTheme="majorHAnsi" w:hAnsiTheme="majorHAnsi" w:cstheme="majorHAnsi"/>
                <w:sz w:val="22"/>
                <w:szCs w:val="22"/>
              </w:rPr>
              <w:t xml:space="preserve">A copy of their latest annual accounts/latest bank statement/balance sheet OR (for new groups) an income and expenditure plan for their first year of operation. </w:t>
            </w:r>
            <w:r w:rsidRPr="00815DF9">
              <w:rPr>
                <w:rFonts w:asciiTheme="majorHAnsi" w:eastAsia="Calibri" w:hAnsiTheme="majorHAnsi" w:cstheme="majorHAnsi"/>
                <w:sz w:val="22"/>
                <w:szCs w:val="22"/>
              </w:rPr>
              <w:t xml:space="preserve"> </w:t>
            </w:r>
          </w:p>
        </w:tc>
        <w:tc>
          <w:tcPr>
            <w:tcW w:w="1277" w:type="dxa"/>
            <w:tcBorders>
              <w:top w:val="single" w:sz="6" w:space="0" w:color="000000"/>
              <w:left w:val="single" w:sz="6" w:space="0" w:color="000000"/>
              <w:bottom w:val="single" w:sz="6" w:space="0" w:color="000000"/>
              <w:right w:val="single" w:sz="6" w:space="0" w:color="000000"/>
            </w:tcBorders>
          </w:tcPr>
          <w:p w14:paraId="62D7C713" w14:textId="77777777" w:rsidR="00210346" w:rsidRPr="00815DF9" w:rsidRDefault="00210346" w:rsidP="00F763A3">
            <w:pPr>
              <w:ind w:left="195"/>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74A3A20B" w14:textId="77777777" w:rsidTr="00766DEC">
        <w:trPr>
          <w:trHeight w:val="360"/>
        </w:trPr>
        <w:tc>
          <w:tcPr>
            <w:tcW w:w="9057" w:type="dxa"/>
            <w:tcBorders>
              <w:top w:val="single" w:sz="6" w:space="0" w:color="000000"/>
              <w:left w:val="single" w:sz="6" w:space="0" w:color="000000"/>
              <w:bottom w:val="single" w:sz="6" w:space="0" w:color="000000"/>
              <w:right w:val="single" w:sz="6" w:space="0" w:color="000000"/>
            </w:tcBorders>
          </w:tcPr>
          <w:p w14:paraId="2C08B55D" w14:textId="77777777" w:rsidR="00210346" w:rsidRPr="00815DF9" w:rsidRDefault="00210346" w:rsidP="00F763A3">
            <w:pPr>
              <w:rPr>
                <w:rFonts w:asciiTheme="majorHAnsi" w:hAnsiTheme="majorHAnsi" w:cstheme="majorHAnsi"/>
                <w:sz w:val="22"/>
                <w:szCs w:val="22"/>
              </w:rPr>
            </w:pPr>
            <w:r w:rsidRPr="00815DF9">
              <w:rPr>
                <w:rFonts w:asciiTheme="majorHAnsi" w:hAnsiTheme="majorHAnsi" w:cstheme="majorHAnsi"/>
                <w:sz w:val="22"/>
                <w:szCs w:val="22"/>
              </w:rPr>
              <w:t xml:space="preserve">A copy of the organisation’s Public Liability Insurance to the value of at least £1 million. </w:t>
            </w:r>
            <w:r w:rsidRPr="00815DF9">
              <w:rPr>
                <w:rFonts w:asciiTheme="majorHAnsi" w:eastAsia="Calibri" w:hAnsiTheme="majorHAnsi" w:cstheme="majorHAnsi"/>
                <w:sz w:val="22"/>
                <w:szCs w:val="22"/>
              </w:rPr>
              <w:t xml:space="preserve"> </w:t>
            </w:r>
          </w:p>
        </w:tc>
        <w:tc>
          <w:tcPr>
            <w:tcW w:w="1277" w:type="dxa"/>
            <w:tcBorders>
              <w:top w:val="single" w:sz="6" w:space="0" w:color="000000"/>
              <w:left w:val="single" w:sz="6" w:space="0" w:color="000000"/>
              <w:bottom w:val="single" w:sz="6" w:space="0" w:color="000000"/>
              <w:right w:val="single" w:sz="6" w:space="0" w:color="000000"/>
            </w:tcBorders>
          </w:tcPr>
          <w:p w14:paraId="65226C5A" w14:textId="77777777" w:rsidR="00210346" w:rsidRPr="00815DF9" w:rsidRDefault="00210346" w:rsidP="00F763A3">
            <w:pPr>
              <w:ind w:left="195"/>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bl>
    <w:p w14:paraId="448C68AC" w14:textId="77777777" w:rsidR="00210346" w:rsidRPr="00815DF9" w:rsidRDefault="00210346" w:rsidP="00210346">
      <w:pPr>
        <w:spacing w:after="0" w:line="259" w:lineRule="auto"/>
        <w:ind w:left="281"/>
        <w:rPr>
          <w:rFonts w:asciiTheme="majorHAnsi" w:hAnsiTheme="majorHAnsi" w:cstheme="majorHAnsi"/>
        </w:rPr>
      </w:pPr>
      <w:r w:rsidRPr="00815DF9">
        <w:rPr>
          <w:rFonts w:asciiTheme="majorHAnsi" w:eastAsia="Calibri" w:hAnsiTheme="majorHAnsi" w:cstheme="majorHAnsi"/>
          <w:b/>
          <w:sz w:val="29"/>
        </w:rPr>
        <w:t xml:space="preserve"> Monitoring, Evaluation, and Effectiveness  </w:t>
      </w:r>
    </w:p>
    <w:p w14:paraId="59985EE2" w14:textId="3F6831B4" w:rsidR="00210346" w:rsidRPr="00815DF9" w:rsidRDefault="00210346" w:rsidP="00F763A3">
      <w:pPr>
        <w:pBdr>
          <w:top w:val="single" w:sz="6" w:space="0" w:color="000000"/>
          <w:left w:val="single" w:sz="6" w:space="0" w:color="000000"/>
          <w:bottom w:val="single" w:sz="6" w:space="0" w:color="000000"/>
          <w:right w:val="single" w:sz="6" w:space="0" w:color="000000"/>
        </w:pBdr>
        <w:spacing w:after="0" w:line="240" w:lineRule="auto"/>
        <w:ind w:left="408"/>
        <w:rPr>
          <w:rFonts w:asciiTheme="majorHAnsi" w:hAnsiTheme="majorHAnsi" w:cstheme="majorHAnsi"/>
        </w:rPr>
      </w:pPr>
      <w:r w:rsidRPr="00815DF9">
        <w:rPr>
          <w:rFonts w:asciiTheme="majorHAnsi" w:eastAsia="Calibri" w:hAnsiTheme="majorHAnsi" w:cstheme="majorHAnsi"/>
          <w:b/>
        </w:rPr>
        <w:t>Please supply details of how you will monitor progress of your project / activity and how you will evaluate its effectiveness.</w:t>
      </w:r>
    </w:p>
    <w:p w14:paraId="457CDA1F" w14:textId="77777777" w:rsidR="00210346" w:rsidRPr="00815DF9" w:rsidRDefault="00210346" w:rsidP="00F763A3">
      <w:pPr>
        <w:pBdr>
          <w:top w:val="single" w:sz="6" w:space="0" w:color="000000"/>
          <w:left w:val="single" w:sz="6" w:space="0" w:color="000000"/>
          <w:bottom w:val="single" w:sz="6" w:space="0" w:color="000000"/>
          <w:right w:val="single" w:sz="6" w:space="0" w:color="000000"/>
        </w:pBdr>
        <w:spacing w:after="0" w:line="240" w:lineRule="auto"/>
        <w:ind w:left="408"/>
        <w:rPr>
          <w:rFonts w:asciiTheme="majorHAnsi" w:hAnsiTheme="majorHAnsi" w:cstheme="majorHAnsi"/>
        </w:rPr>
      </w:pPr>
      <w:r w:rsidRPr="00815DF9">
        <w:rPr>
          <w:rFonts w:asciiTheme="majorHAnsi" w:eastAsia="Calibri" w:hAnsiTheme="majorHAnsi" w:cstheme="majorHAnsi"/>
        </w:rPr>
        <w:t xml:space="preserve"> </w:t>
      </w:r>
    </w:p>
    <w:p w14:paraId="61C89ED1" w14:textId="77777777" w:rsidR="00210346" w:rsidRPr="00815DF9" w:rsidRDefault="00210346" w:rsidP="00F763A3">
      <w:pPr>
        <w:spacing w:after="0" w:line="240" w:lineRule="auto"/>
        <w:ind w:left="284"/>
        <w:rPr>
          <w:rFonts w:asciiTheme="majorHAnsi" w:hAnsiTheme="majorHAnsi" w:cstheme="majorHAnsi"/>
        </w:rPr>
      </w:pPr>
      <w:r w:rsidRPr="00815DF9">
        <w:rPr>
          <w:rFonts w:asciiTheme="majorHAnsi" w:eastAsia="Calibri" w:hAnsiTheme="majorHAnsi" w:cstheme="majorHAnsi"/>
          <w:b/>
          <w:sz w:val="29"/>
        </w:rPr>
        <w:t xml:space="preserve"> Declaration  </w:t>
      </w:r>
    </w:p>
    <w:tbl>
      <w:tblPr>
        <w:tblStyle w:val="TableGrid0"/>
        <w:tblW w:w="10333" w:type="dxa"/>
        <w:tblInd w:w="308" w:type="dxa"/>
        <w:tblCellMar>
          <w:top w:w="77" w:type="dxa"/>
          <w:left w:w="113" w:type="dxa"/>
          <w:right w:w="115" w:type="dxa"/>
        </w:tblCellMar>
        <w:tblLook w:val="04A0" w:firstRow="1" w:lastRow="0" w:firstColumn="1" w:lastColumn="0" w:noHBand="0" w:noVBand="1"/>
      </w:tblPr>
      <w:tblGrid>
        <w:gridCol w:w="9342"/>
        <w:gridCol w:w="991"/>
      </w:tblGrid>
      <w:tr w:rsidR="00210346" w:rsidRPr="00815DF9" w14:paraId="15268FA3" w14:textId="77777777" w:rsidTr="00F763A3">
        <w:trPr>
          <w:trHeight w:val="20"/>
        </w:trPr>
        <w:tc>
          <w:tcPr>
            <w:tcW w:w="9342" w:type="dxa"/>
            <w:tcBorders>
              <w:top w:val="single" w:sz="6" w:space="0" w:color="000000"/>
              <w:left w:val="single" w:sz="6" w:space="0" w:color="000000"/>
              <w:bottom w:val="single" w:sz="6" w:space="0" w:color="000000"/>
              <w:right w:val="nil"/>
            </w:tcBorders>
          </w:tcPr>
          <w:p w14:paraId="6881A3AC" w14:textId="77777777" w:rsidR="00210346" w:rsidRPr="00815DF9" w:rsidRDefault="00210346" w:rsidP="00F763A3">
            <w:pPr>
              <w:rPr>
                <w:rFonts w:asciiTheme="majorHAnsi" w:hAnsiTheme="majorHAnsi" w:cstheme="majorHAnsi"/>
                <w:sz w:val="22"/>
                <w:szCs w:val="22"/>
              </w:rPr>
            </w:pPr>
            <w:r w:rsidRPr="00815DF9">
              <w:rPr>
                <w:rFonts w:asciiTheme="majorHAnsi" w:eastAsia="Calibri" w:hAnsiTheme="majorHAnsi" w:cstheme="majorHAnsi"/>
                <w:b/>
                <w:sz w:val="22"/>
                <w:szCs w:val="22"/>
              </w:rPr>
              <w:t xml:space="preserve">By submitting this funding application, I confirm: </w:t>
            </w:r>
            <w:r w:rsidRPr="00815DF9">
              <w:rPr>
                <w:rFonts w:asciiTheme="majorHAnsi" w:eastAsia="Calibri" w:hAnsiTheme="majorHAnsi" w:cstheme="majorHAnsi"/>
                <w:sz w:val="22"/>
                <w:szCs w:val="22"/>
              </w:rPr>
              <w:t xml:space="preserve"> </w:t>
            </w:r>
          </w:p>
        </w:tc>
        <w:tc>
          <w:tcPr>
            <w:tcW w:w="991" w:type="dxa"/>
            <w:tcBorders>
              <w:top w:val="single" w:sz="6" w:space="0" w:color="000000"/>
              <w:left w:val="nil"/>
              <w:bottom w:val="single" w:sz="6" w:space="0" w:color="000000"/>
              <w:right w:val="single" w:sz="6" w:space="0" w:color="000000"/>
            </w:tcBorders>
          </w:tcPr>
          <w:p w14:paraId="5070DEF7" w14:textId="77777777" w:rsidR="00210346" w:rsidRPr="00815DF9" w:rsidRDefault="00210346" w:rsidP="00F763A3">
            <w:pPr>
              <w:rPr>
                <w:rFonts w:asciiTheme="majorHAnsi" w:hAnsiTheme="majorHAnsi" w:cstheme="majorHAnsi"/>
                <w:sz w:val="22"/>
                <w:szCs w:val="22"/>
              </w:rPr>
            </w:pPr>
            <w:r w:rsidRPr="00815DF9">
              <w:rPr>
                <w:rFonts w:asciiTheme="majorHAnsi" w:eastAsia="Calibri" w:hAnsiTheme="majorHAnsi" w:cstheme="majorHAnsi"/>
                <w:sz w:val="22"/>
                <w:szCs w:val="22"/>
              </w:rPr>
              <w:t xml:space="preserve"> </w:t>
            </w:r>
          </w:p>
        </w:tc>
      </w:tr>
      <w:tr w:rsidR="00210346" w:rsidRPr="00815DF9" w14:paraId="330C4E19" w14:textId="77777777" w:rsidTr="00F763A3">
        <w:trPr>
          <w:trHeight w:val="20"/>
        </w:trPr>
        <w:tc>
          <w:tcPr>
            <w:tcW w:w="9342" w:type="dxa"/>
            <w:tcBorders>
              <w:top w:val="single" w:sz="6" w:space="0" w:color="000000"/>
              <w:left w:val="single" w:sz="6" w:space="0" w:color="000000"/>
              <w:bottom w:val="single" w:sz="6" w:space="0" w:color="000000"/>
              <w:right w:val="single" w:sz="6" w:space="0" w:color="000000"/>
            </w:tcBorders>
          </w:tcPr>
          <w:p w14:paraId="036114E5" w14:textId="77777777" w:rsidR="00210346" w:rsidRPr="00815DF9" w:rsidRDefault="00210346" w:rsidP="00F763A3">
            <w:pPr>
              <w:rPr>
                <w:rFonts w:asciiTheme="majorHAnsi" w:hAnsiTheme="majorHAnsi" w:cstheme="majorHAnsi"/>
                <w:sz w:val="22"/>
                <w:szCs w:val="22"/>
              </w:rPr>
            </w:pPr>
            <w:r w:rsidRPr="00815DF9">
              <w:rPr>
                <w:rFonts w:asciiTheme="majorHAnsi" w:hAnsiTheme="majorHAnsi" w:cstheme="majorHAnsi"/>
                <w:sz w:val="22"/>
                <w:szCs w:val="22"/>
              </w:rPr>
              <w:t>That I am authorised by the group to apply for grant funding.</w:t>
            </w:r>
            <w:r w:rsidRPr="00815DF9">
              <w:rPr>
                <w:rFonts w:asciiTheme="majorHAnsi" w:eastAsia="Calibri" w:hAnsiTheme="majorHAnsi" w:cstheme="majorHAnsi"/>
                <w:b/>
                <w:sz w:val="22"/>
                <w:szCs w:val="22"/>
              </w:rPr>
              <w:t xml:space="preserve"> </w:t>
            </w:r>
            <w:r w:rsidRPr="00815DF9">
              <w:rPr>
                <w:rFonts w:asciiTheme="majorHAnsi" w:eastAsia="Calibri" w:hAnsiTheme="majorHAnsi" w:cstheme="majorHAnsi"/>
                <w:sz w:val="22"/>
                <w:szCs w:val="22"/>
              </w:rPr>
              <w:t xml:space="preserve"> </w:t>
            </w:r>
          </w:p>
        </w:tc>
        <w:tc>
          <w:tcPr>
            <w:tcW w:w="991" w:type="dxa"/>
            <w:tcBorders>
              <w:top w:val="single" w:sz="6" w:space="0" w:color="000000"/>
              <w:left w:val="single" w:sz="6" w:space="0" w:color="000000"/>
              <w:bottom w:val="single" w:sz="6" w:space="0" w:color="000000"/>
              <w:right w:val="single" w:sz="6" w:space="0" w:color="000000"/>
            </w:tcBorders>
          </w:tcPr>
          <w:p w14:paraId="3E6B3CE7" w14:textId="77777777" w:rsidR="00210346" w:rsidRPr="00815DF9" w:rsidRDefault="00210346" w:rsidP="00F763A3">
            <w:pPr>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22635A73" w14:textId="77777777" w:rsidTr="00F763A3">
        <w:trPr>
          <w:trHeight w:val="20"/>
        </w:trPr>
        <w:tc>
          <w:tcPr>
            <w:tcW w:w="9342" w:type="dxa"/>
            <w:tcBorders>
              <w:top w:val="single" w:sz="6" w:space="0" w:color="000000"/>
              <w:left w:val="single" w:sz="6" w:space="0" w:color="000000"/>
              <w:bottom w:val="single" w:sz="6" w:space="0" w:color="000000"/>
              <w:right w:val="single" w:sz="6" w:space="0" w:color="000000"/>
            </w:tcBorders>
          </w:tcPr>
          <w:p w14:paraId="7A1CE94C" w14:textId="77777777" w:rsidR="00210346" w:rsidRPr="00815DF9" w:rsidRDefault="00210346" w:rsidP="00F763A3">
            <w:pPr>
              <w:rPr>
                <w:rFonts w:asciiTheme="majorHAnsi" w:hAnsiTheme="majorHAnsi" w:cstheme="majorHAnsi"/>
                <w:sz w:val="22"/>
                <w:szCs w:val="22"/>
              </w:rPr>
            </w:pPr>
            <w:r w:rsidRPr="00815DF9">
              <w:rPr>
                <w:rFonts w:asciiTheme="majorHAnsi" w:hAnsiTheme="majorHAnsi" w:cstheme="majorHAnsi"/>
                <w:sz w:val="22"/>
                <w:szCs w:val="22"/>
              </w:rPr>
              <w:t>That this application complies with Council’s grant funding criteria.</w:t>
            </w:r>
            <w:r w:rsidRPr="00815DF9">
              <w:rPr>
                <w:rFonts w:asciiTheme="majorHAnsi" w:eastAsia="Calibri" w:hAnsiTheme="majorHAnsi" w:cstheme="majorHAnsi"/>
                <w:b/>
                <w:sz w:val="22"/>
                <w:szCs w:val="22"/>
              </w:rPr>
              <w:t xml:space="preserve"> </w:t>
            </w:r>
            <w:r w:rsidRPr="00815DF9">
              <w:rPr>
                <w:rFonts w:asciiTheme="majorHAnsi" w:eastAsia="Calibri" w:hAnsiTheme="majorHAnsi" w:cstheme="majorHAnsi"/>
                <w:sz w:val="22"/>
                <w:szCs w:val="22"/>
              </w:rPr>
              <w:t xml:space="preserve"> </w:t>
            </w:r>
          </w:p>
        </w:tc>
        <w:tc>
          <w:tcPr>
            <w:tcW w:w="991" w:type="dxa"/>
            <w:tcBorders>
              <w:top w:val="single" w:sz="6" w:space="0" w:color="000000"/>
              <w:left w:val="single" w:sz="6" w:space="0" w:color="000000"/>
              <w:bottom w:val="single" w:sz="6" w:space="0" w:color="000000"/>
              <w:right w:val="single" w:sz="6" w:space="0" w:color="000000"/>
            </w:tcBorders>
          </w:tcPr>
          <w:p w14:paraId="422F0F1B" w14:textId="77777777" w:rsidR="00210346" w:rsidRPr="00815DF9" w:rsidRDefault="00210346" w:rsidP="00F763A3">
            <w:pPr>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47592BB5" w14:textId="77777777" w:rsidTr="00F763A3">
        <w:trPr>
          <w:trHeight w:val="20"/>
        </w:trPr>
        <w:tc>
          <w:tcPr>
            <w:tcW w:w="9342" w:type="dxa"/>
            <w:tcBorders>
              <w:top w:val="single" w:sz="6" w:space="0" w:color="000000"/>
              <w:left w:val="single" w:sz="6" w:space="0" w:color="000000"/>
              <w:bottom w:val="single" w:sz="6" w:space="0" w:color="000000"/>
              <w:right w:val="single" w:sz="6" w:space="0" w:color="000000"/>
            </w:tcBorders>
          </w:tcPr>
          <w:p w14:paraId="5891A6DF" w14:textId="77777777" w:rsidR="00210346" w:rsidRPr="00815DF9" w:rsidRDefault="00210346" w:rsidP="00F763A3">
            <w:pPr>
              <w:rPr>
                <w:rFonts w:asciiTheme="majorHAnsi" w:hAnsiTheme="majorHAnsi" w:cstheme="majorHAnsi"/>
                <w:sz w:val="22"/>
                <w:szCs w:val="22"/>
              </w:rPr>
            </w:pPr>
            <w:r w:rsidRPr="00815DF9">
              <w:rPr>
                <w:rFonts w:asciiTheme="majorHAnsi" w:hAnsiTheme="majorHAnsi" w:cstheme="majorHAnsi"/>
                <w:sz w:val="22"/>
                <w:szCs w:val="22"/>
              </w:rPr>
              <w:t>That the group agrees to provide a report after 6 months of any award being made.</w:t>
            </w:r>
            <w:r w:rsidRPr="00815DF9">
              <w:rPr>
                <w:rFonts w:asciiTheme="majorHAnsi" w:eastAsia="Calibri" w:hAnsiTheme="majorHAnsi" w:cstheme="majorHAnsi"/>
                <w:b/>
                <w:sz w:val="22"/>
                <w:szCs w:val="22"/>
              </w:rPr>
              <w:t xml:space="preserve"> </w:t>
            </w:r>
            <w:r w:rsidRPr="00815DF9">
              <w:rPr>
                <w:rFonts w:asciiTheme="majorHAnsi" w:eastAsia="Calibri" w:hAnsiTheme="majorHAnsi" w:cstheme="majorHAnsi"/>
                <w:sz w:val="22"/>
                <w:szCs w:val="22"/>
              </w:rPr>
              <w:t xml:space="preserve"> </w:t>
            </w:r>
          </w:p>
        </w:tc>
        <w:tc>
          <w:tcPr>
            <w:tcW w:w="991" w:type="dxa"/>
            <w:tcBorders>
              <w:top w:val="single" w:sz="6" w:space="0" w:color="000000"/>
              <w:left w:val="single" w:sz="6" w:space="0" w:color="000000"/>
              <w:bottom w:val="single" w:sz="6" w:space="0" w:color="000000"/>
              <w:right w:val="single" w:sz="6" w:space="0" w:color="000000"/>
            </w:tcBorders>
          </w:tcPr>
          <w:p w14:paraId="66BBA295" w14:textId="77777777" w:rsidR="00210346" w:rsidRPr="00815DF9" w:rsidRDefault="00210346" w:rsidP="00F763A3">
            <w:pPr>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1FBD942A" w14:textId="77777777" w:rsidTr="00F763A3">
        <w:trPr>
          <w:trHeight w:val="20"/>
        </w:trPr>
        <w:tc>
          <w:tcPr>
            <w:tcW w:w="9342" w:type="dxa"/>
            <w:tcBorders>
              <w:top w:val="single" w:sz="6" w:space="0" w:color="000000"/>
              <w:left w:val="single" w:sz="6" w:space="0" w:color="000000"/>
              <w:bottom w:val="single" w:sz="6" w:space="0" w:color="000000"/>
              <w:right w:val="single" w:sz="6" w:space="0" w:color="000000"/>
            </w:tcBorders>
          </w:tcPr>
          <w:p w14:paraId="42EEA914" w14:textId="77777777" w:rsidR="00210346" w:rsidRPr="00815DF9" w:rsidRDefault="00210346" w:rsidP="00F763A3">
            <w:pPr>
              <w:rPr>
                <w:rFonts w:asciiTheme="majorHAnsi" w:hAnsiTheme="majorHAnsi" w:cstheme="majorHAnsi"/>
                <w:sz w:val="22"/>
                <w:szCs w:val="22"/>
              </w:rPr>
            </w:pPr>
            <w:r w:rsidRPr="00815DF9">
              <w:rPr>
                <w:rFonts w:asciiTheme="majorHAnsi" w:hAnsiTheme="majorHAnsi" w:cstheme="majorHAnsi"/>
                <w:sz w:val="22"/>
                <w:szCs w:val="22"/>
              </w:rPr>
              <w:t>The application is accompanied by all supporting documentation listed in Section D.</w:t>
            </w:r>
            <w:r w:rsidRPr="00815DF9">
              <w:rPr>
                <w:rFonts w:asciiTheme="majorHAnsi" w:eastAsia="Calibri" w:hAnsiTheme="majorHAnsi" w:cstheme="majorHAnsi"/>
                <w:b/>
                <w:sz w:val="22"/>
                <w:szCs w:val="22"/>
              </w:rPr>
              <w:t xml:space="preserve"> </w:t>
            </w:r>
            <w:r w:rsidRPr="00815DF9">
              <w:rPr>
                <w:rFonts w:asciiTheme="majorHAnsi" w:eastAsia="Calibri" w:hAnsiTheme="majorHAnsi" w:cstheme="majorHAnsi"/>
                <w:sz w:val="22"/>
                <w:szCs w:val="22"/>
              </w:rPr>
              <w:t xml:space="preserve"> </w:t>
            </w:r>
          </w:p>
        </w:tc>
        <w:tc>
          <w:tcPr>
            <w:tcW w:w="991" w:type="dxa"/>
            <w:tcBorders>
              <w:top w:val="single" w:sz="6" w:space="0" w:color="000000"/>
              <w:left w:val="single" w:sz="6" w:space="0" w:color="000000"/>
              <w:bottom w:val="single" w:sz="6" w:space="0" w:color="000000"/>
              <w:right w:val="single" w:sz="6" w:space="0" w:color="000000"/>
            </w:tcBorders>
          </w:tcPr>
          <w:p w14:paraId="58D93470" w14:textId="77777777" w:rsidR="00210346" w:rsidRPr="00815DF9" w:rsidRDefault="00210346" w:rsidP="00F763A3">
            <w:pPr>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13805925" w14:textId="77777777" w:rsidTr="00F763A3">
        <w:trPr>
          <w:trHeight w:val="20"/>
        </w:trPr>
        <w:tc>
          <w:tcPr>
            <w:tcW w:w="9342" w:type="dxa"/>
            <w:tcBorders>
              <w:top w:val="single" w:sz="6" w:space="0" w:color="000000"/>
              <w:left w:val="single" w:sz="6" w:space="0" w:color="000000"/>
              <w:bottom w:val="single" w:sz="6" w:space="0" w:color="000000"/>
              <w:right w:val="single" w:sz="6" w:space="0" w:color="000000"/>
            </w:tcBorders>
          </w:tcPr>
          <w:p w14:paraId="46E9E32D" w14:textId="77777777" w:rsidR="00210346" w:rsidRPr="00815DF9" w:rsidRDefault="00210346" w:rsidP="00F763A3">
            <w:pPr>
              <w:rPr>
                <w:rFonts w:asciiTheme="majorHAnsi" w:hAnsiTheme="majorHAnsi" w:cstheme="majorHAnsi"/>
                <w:sz w:val="22"/>
                <w:szCs w:val="22"/>
              </w:rPr>
            </w:pPr>
            <w:r w:rsidRPr="00815DF9">
              <w:rPr>
                <w:rFonts w:asciiTheme="majorHAnsi" w:hAnsiTheme="majorHAnsi" w:cstheme="majorHAnsi"/>
                <w:sz w:val="22"/>
                <w:szCs w:val="22"/>
              </w:rPr>
              <w:t xml:space="preserve">That any unspent monies shall be returned to Council. </w:t>
            </w:r>
            <w:r w:rsidRPr="00815DF9">
              <w:rPr>
                <w:rFonts w:asciiTheme="majorHAnsi" w:eastAsia="Calibri" w:hAnsiTheme="majorHAnsi" w:cstheme="majorHAnsi"/>
                <w:sz w:val="22"/>
                <w:szCs w:val="22"/>
              </w:rPr>
              <w:t xml:space="preserve"> </w:t>
            </w:r>
          </w:p>
        </w:tc>
        <w:tc>
          <w:tcPr>
            <w:tcW w:w="991" w:type="dxa"/>
            <w:tcBorders>
              <w:top w:val="single" w:sz="6" w:space="0" w:color="000000"/>
              <w:left w:val="single" w:sz="6" w:space="0" w:color="000000"/>
              <w:bottom w:val="single" w:sz="6" w:space="0" w:color="000000"/>
              <w:right w:val="single" w:sz="6" w:space="0" w:color="000000"/>
            </w:tcBorders>
          </w:tcPr>
          <w:p w14:paraId="15BD1FF9" w14:textId="77777777" w:rsidR="00210346" w:rsidRPr="00815DF9" w:rsidRDefault="00210346" w:rsidP="00F763A3">
            <w:pPr>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r w:rsidR="00210346" w:rsidRPr="00815DF9" w14:paraId="3B86778A" w14:textId="77777777" w:rsidTr="00F763A3">
        <w:trPr>
          <w:trHeight w:val="20"/>
        </w:trPr>
        <w:tc>
          <w:tcPr>
            <w:tcW w:w="9342" w:type="dxa"/>
            <w:tcBorders>
              <w:top w:val="single" w:sz="6" w:space="0" w:color="000000"/>
              <w:left w:val="single" w:sz="6" w:space="0" w:color="000000"/>
              <w:bottom w:val="single" w:sz="6" w:space="0" w:color="000000"/>
              <w:right w:val="single" w:sz="6" w:space="0" w:color="000000"/>
            </w:tcBorders>
          </w:tcPr>
          <w:p w14:paraId="3DE89112" w14:textId="77777777" w:rsidR="00210346" w:rsidRPr="00815DF9" w:rsidRDefault="00210346" w:rsidP="00F763A3">
            <w:pPr>
              <w:rPr>
                <w:rFonts w:asciiTheme="majorHAnsi" w:hAnsiTheme="majorHAnsi" w:cstheme="majorHAnsi"/>
                <w:sz w:val="22"/>
                <w:szCs w:val="22"/>
              </w:rPr>
            </w:pPr>
            <w:r w:rsidRPr="00815DF9">
              <w:rPr>
                <w:rFonts w:asciiTheme="majorHAnsi" w:hAnsiTheme="majorHAnsi" w:cstheme="majorHAnsi"/>
                <w:sz w:val="22"/>
                <w:szCs w:val="22"/>
              </w:rPr>
              <w:t>Should the organisation be discontinued, funds up to the value of this grant will be returned.</w:t>
            </w:r>
            <w:r w:rsidRPr="00815DF9">
              <w:rPr>
                <w:rFonts w:asciiTheme="majorHAnsi" w:eastAsia="Calibri" w:hAnsiTheme="majorHAnsi" w:cstheme="majorHAnsi"/>
                <w:b/>
                <w:sz w:val="22"/>
                <w:szCs w:val="22"/>
              </w:rPr>
              <w:t xml:space="preserve"> </w:t>
            </w:r>
            <w:r w:rsidRPr="00815DF9">
              <w:rPr>
                <w:rFonts w:asciiTheme="majorHAnsi" w:eastAsia="Calibri" w:hAnsiTheme="majorHAnsi" w:cstheme="majorHAnsi"/>
                <w:sz w:val="22"/>
                <w:szCs w:val="22"/>
              </w:rPr>
              <w:t xml:space="preserve"> </w:t>
            </w:r>
          </w:p>
        </w:tc>
        <w:tc>
          <w:tcPr>
            <w:tcW w:w="991" w:type="dxa"/>
            <w:tcBorders>
              <w:top w:val="single" w:sz="6" w:space="0" w:color="000000"/>
              <w:left w:val="single" w:sz="6" w:space="0" w:color="000000"/>
              <w:bottom w:val="single" w:sz="6" w:space="0" w:color="000000"/>
              <w:right w:val="single" w:sz="6" w:space="0" w:color="000000"/>
            </w:tcBorders>
          </w:tcPr>
          <w:p w14:paraId="1E1234F6" w14:textId="77777777" w:rsidR="00210346" w:rsidRPr="00815DF9" w:rsidRDefault="00210346" w:rsidP="00F763A3">
            <w:pPr>
              <w:rPr>
                <w:rFonts w:asciiTheme="majorHAnsi" w:hAnsiTheme="majorHAnsi" w:cstheme="majorHAnsi"/>
                <w:sz w:val="22"/>
                <w:szCs w:val="22"/>
              </w:rPr>
            </w:pPr>
            <w:r w:rsidRPr="00815DF9">
              <w:rPr>
                <w:rFonts w:ascii="Segoe UI Symbol" w:eastAsia="MS Gothic" w:hAnsi="Segoe UI Symbol" w:cs="Segoe UI Symbol"/>
                <w:sz w:val="22"/>
                <w:szCs w:val="22"/>
              </w:rPr>
              <w:t>☐</w:t>
            </w:r>
            <w:r w:rsidRPr="00815DF9">
              <w:rPr>
                <w:rFonts w:asciiTheme="majorHAnsi" w:hAnsiTheme="majorHAnsi" w:cstheme="majorHAnsi"/>
                <w:sz w:val="22"/>
                <w:szCs w:val="22"/>
              </w:rPr>
              <w:t xml:space="preserve"> </w:t>
            </w:r>
            <w:r w:rsidRPr="00815DF9">
              <w:rPr>
                <w:rFonts w:asciiTheme="majorHAnsi" w:eastAsia="Calibri" w:hAnsiTheme="majorHAnsi" w:cstheme="majorHAnsi"/>
                <w:sz w:val="22"/>
                <w:szCs w:val="22"/>
              </w:rPr>
              <w:t xml:space="preserve"> </w:t>
            </w:r>
          </w:p>
        </w:tc>
      </w:tr>
    </w:tbl>
    <w:p w14:paraId="30A4CF7C" w14:textId="4C697FE5" w:rsidR="00210346" w:rsidRPr="00815DF9" w:rsidRDefault="00210346" w:rsidP="00F763A3">
      <w:pPr>
        <w:spacing w:after="0" w:line="240" w:lineRule="auto"/>
        <w:ind w:left="295"/>
        <w:rPr>
          <w:rFonts w:asciiTheme="majorHAnsi" w:hAnsiTheme="majorHAnsi" w:cstheme="majorHAnsi"/>
        </w:rPr>
      </w:pPr>
      <w:r w:rsidRPr="00815DF9">
        <w:rPr>
          <w:rFonts w:asciiTheme="majorHAnsi" w:hAnsiTheme="majorHAnsi" w:cstheme="majorHAnsi"/>
        </w:rPr>
        <w:t xml:space="preserve">Send this completed form with accompanying documents (e.g. quotes) to the Parish Clerk via email: </w:t>
      </w:r>
      <w:r w:rsidRPr="00815DF9">
        <w:rPr>
          <w:rFonts w:asciiTheme="majorHAnsi" w:eastAsia="Calibri" w:hAnsiTheme="majorHAnsi" w:cstheme="majorHAnsi"/>
        </w:rPr>
        <w:t xml:space="preserve"> </w:t>
      </w:r>
      <w:r w:rsidR="001F56A5" w:rsidRPr="00815DF9">
        <w:rPr>
          <w:rFonts w:asciiTheme="majorHAnsi" w:hAnsiTheme="majorHAnsi" w:cstheme="majorHAnsi"/>
        </w:rPr>
        <w:t xml:space="preserve">clerk@worthmatraversparishcouncil.gov.uk  </w:t>
      </w:r>
      <w:r w:rsidRPr="00815DF9">
        <w:rPr>
          <w:rFonts w:asciiTheme="majorHAnsi" w:eastAsia="Calibri" w:hAnsiTheme="majorHAnsi" w:cstheme="majorHAnsi"/>
        </w:rPr>
        <w:t xml:space="preserve"> </w:t>
      </w:r>
    </w:p>
    <w:p w14:paraId="35E68280" w14:textId="77777777" w:rsidR="00815DF9" w:rsidRDefault="00210346" w:rsidP="00F763A3">
      <w:pPr>
        <w:tabs>
          <w:tab w:val="left" w:pos="3402"/>
          <w:tab w:val="left" w:pos="7088"/>
          <w:tab w:val="left" w:pos="9639"/>
        </w:tabs>
        <w:spacing w:after="0" w:line="240" w:lineRule="auto"/>
        <w:ind w:left="284" w:right="280" w:hanging="15"/>
        <w:rPr>
          <w:rFonts w:asciiTheme="majorHAnsi" w:eastAsia="Calibri" w:hAnsiTheme="majorHAnsi" w:cstheme="majorHAnsi"/>
        </w:rPr>
      </w:pPr>
      <w:r w:rsidRPr="00815DF9">
        <w:rPr>
          <w:rFonts w:asciiTheme="majorHAnsi" w:hAnsiTheme="majorHAnsi" w:cstheme="majorHAnsi"/>
        </w:rPr>
        <w:t xml:space="preserve">If you have any queries or require any help completing this form, please contact us in the first instance  </w:t>
      </w:r>
      <w:r w:rsidRPr="00815DF9">
        <w:rPr>
          <w:rFonts w:asciiTheme="majorHAnsi" w:eastAsia="Calibri" w:hAnsiTheme="majorHAnsi" w:cstheme="majorHAnsi"/>
        </w:rPr>
        <w:t xml:space="preserve">  </w:t>
      </w:r>
    </w:p>
    <w:p w14:paraId="1AEF0906" w14:textId="77777777" w:rsidR="00815DF9" w:rsidRDefault="00815DF9" w:rsidP="00F763A3">
      <w:pPr>
        <w:tabs>
          <w:tab w:val="left" w:pos="3402"/>
          <w:tab w:val="left" w:pos="7088"/>
          <w:tab w:val="left" w:pos="9639"/>
        </w:tabs>
        <w:spacing w:after="0" w:line="240" w:lineRule="auto"/>
        <w:ind w:left="284" w:right="280" w:hanging="15"/>
        <w:rPr>
          <w:rFonts w:asciiTheme="majorHAnsi" w:eastAsia="Calibri" w:hAnsiTheme="majorHAnsi" w:cstheme="majorHAnsi"/>
          <w:b/>
        </w:rPr>
      </w:pPr>
    </w:p>
    <w:p w14:paraId="3DB8A688" w14:textId="70D79EAB" w:rsidR="00210346" w:rsidRDefault="00210346" w:rsidP="00815DF9">
      <w:pPr>
        <w:tabs>
          <w:tab w:val="left" w:pos="3402"/>
          <w:tab w:val="left" w:pos="7088"/>
          <w:tab w:val="left" w:pos="9639"/>
        </w:tabs>
        <w:spacing w:after="120" w:line="240" w:lineRule="auto"/>
        <w:ind w:left="283" w:right="278" w:hanging="17"/>
        <w:rPr>
          <w:rFonts w:asciiTheme="majorHAnsi" w:eastAsia="Calibri" w:hAnsiTheme="majorHAnsi" w:cstheme="majorHAnsi"/>
          <w:b/>
          <w:u w:val="single"/>
        </w:rPr>
      </w:pPr>
      <w:r w:rsidRPr="00815DF9">
        <w:rPr>
          <w:rFonts w:asciiTheme="majorHAnsi" w:eastAsia="Calibri" w:hAnsiTheme="majorHAnsi" w:cstheme="majorHAnsi"/>
          <w:b/>
        </w:rPr>
        <w:t xml:space="preserve">Signed.  </w:t>
      </w:r>
      <w:r w:rsidRPr="00815DF9">
        <w:rPr>
          <w:rFonts w:asciiTheme="majorHAnsi" w:eastAsia="Calibri" w:hAnsiTheme="majorHAnsi" w:cstheme="majorHAnsi"/>
          <w:b/>
          <w:u w:val="single"/>
        </w:rPr>
        <w:tab/>
      </w:r>
      <w:r w:rsidR="00F763A3" w:rsidRPr="00815DF9">
        <w:rPr>
          <w:rFonts w:asciiTheme="majorHAnsi" w:eastAsia="Calibri" w:hAnsiTheme="majorHAnsi" w:cstheme="majorHAnsi"/>
        </w:rPr>
        <w:tab/>
      </w:r>
      <w:r w:rsidR="00F763A3" w:rsidRPr="00815DF9">
        <w:rPr>
          <w:rFonts w:asciiTheme="majorHAnsi" w:eastAsia="Calibri" w:hAnsiTheme="majorHAnsi" w:cstheme="majorHAnsi"/>
          <w:b/>
        </w:rPr>
        <w:t xml:space="preserve">Date  </w:t>
      </w:r>
      <w:r w:rsidR="00F763A3" w:rsidRPr="00815DF9">
        <w:rPr>
          <w:rFonts w:asciiTheme="majorHAnsi" w:eastAsia="Calibri" w:hAnsiTheme="majorHAnsi" w:cstheme="majorHAnsi"/>
          <w:b/>
          <w:u w:val="single"/>
        </w:rPr>
        <w:tab/>
      </w:r>
    </w:p>
    <w:p w14:paraId="1021E31A" w14:textId="2ADFB7F4" w:rsidR="00660EA3" w:rsidRPr="00815DF9" w:rsidRDefault="00210346" w:rsidP="001F56A5">
      <w:pPr>
        <w:tabs>
          <w:tab w:val="left" w:pos="284"/>
          <w:tab w:val="left" w:pos="3402"/>
        </w:tabs>
        <w:spacing w:after="0" w:line="240" w:lineRule="auto"/>
        <w:ind w:left="-17"/>
        <w:rPr>
          <w:rFonts w:asciiTheme="majorHAnsi" w:hAnsiTheme="majorHAnsi" w:cstheme="majorHAnsi"/>
        </w:rPr>
      </w:pPr>
      <w:r w:rsidRPr="00815DF9">
        <w:rPr>
          <w:rFonts w:asciiTheme="majorHAnsi" w:eastAsia="Calibri" w:hAnsiTheme="majorHAnsi" w:cstheme="majorHAnsi"/>
        </w:rPr>
        <w:t xml:space="preserve"> </w:t>
      </w:r>
      <w:r w:rsidRPr="00815DF9">
        <w:rPr>
          <w:rFonts w:asciiTheme="majorHAnsi" w:eastAsia="Calibri" w:hAnsiTheme="majorHAnsi" w:cstheme="majorHAnsi"/>
        </w:rPr>
        <w:tab/>
      </w:r>
      <w:r w:rsidRPr="00815DF9">
        <w:rPr>
          <w:rFonts w:asciiTheme="majorHAnsi" w:eastAsia="Calibri" w:hAnsiTheme="majorHAnsi" w:cstheme="majorHAnsi"/>
          <w:b/>
        </w:rPr>
        <w:t xml:space="preserve">Print  </w:t>
      </w:r>
      <w:r w:rsidRPr="00815DF9">
        <w:rPr>
          <w:rFonts w:asciiTheme="majorHAnsi" w:eastAsia="Calibri" w:hAnsiTheme="majorHAnsi" w:cstheme="majorHAnsi"/>
          <w:b/>
          <w:u w:val="single"/>
        </w:rPr>
        <w:tab/>
      </w:r>
      <w:r w:rsidRPr="00815DF9">
        <w:rPr>
          <w:rFonts w:asciiTheme="majorHAnsi" w:eastAsia="Calibri" w:hAnsiTheme="majorHAnsi" w:cstheme="majorHAnsi"/>
        </w:rPr>
        <w:t xml:space="preserve"> </w:t>
      </w:r>
    </w:p>
    <w:sectPr w:rsidR="00660EA3" w:rsidRPr="00815DF9" w:rsidSect="0030194C">
      <w:headerReference w:type="default" r:id="rId8"/>
      <w:footerReference w:type="default" r:id="rId9"/>
      <w:pgSz w:w="11906" w:h="16838" w:code="9"/>
      <w:pgMar w:top="1134" w:right="616" w:bottom="1440" w:left="709" w:header="284" w:footer="2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40BCC" w14:textId="77777777" w:rsidR="009D6563" w:rsidRDefault="009D6563" w:rsidP="00D3313E">
      <w:pPr>
        <w:spacing w:after="0" w:line="240" w:lineRule="auto"/>
      </w:pPr>
      <w:r>
        <w:separator/>
      </w:r>
    </w:p>
  </w:endnote>
  <w:endnote w:type="continuationSeparator" w:id="0">
    <w:p w14:paraId="22529CAD" w14:textId="77777777" w:rsidR="009D6563" w:rsidRDefault="009D6563" w:rsidP="00D33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F2EDB" w14:textId="77777777" w:rsidR="00D3313E" w:rsidRPr="009C1BE5" w:rsidRDefault="00D3313E" w:rsidP="00AB63D1">
    <w:pPr>
      <w:spacing w:after="0" w:line="240" w:lineRule="auto"/>
      <w:ind w:right="-62"/>
      <w:jc w:val="center"/>
      <w:rPr>
        <w:rFonts w:cstheme="minorHAnsi"/>
        <w:sz w:val="20"/>
        <w:szCs w:val="20"/>
      </w:rPr>
    </w:pPr>
    <w:r w:rsidRPr="009C1BE5">
      <w:rPr>
        <w:rFonts w:cstheme="minorHAnsi"/>
        <w:sz w:val="20"/>
        <w:szCs w:val="20"/>
      </w:rPr>
      <w:t>Worth Matravers Parish Council – Registered Office: 34 Egmont Road, Poole Dorset BH16 5BZ, Tel: 01202 670105</w:t>
    </w:r>
    <w:r w:rsidRPr="009C1BE5">
      <w:rPr>
        <w:rFonts w:cstheme="minorHAnsi"/>
        <w:sz w:val="20"/>
        <w:szCs w:val="20"/>
      </w:rPr>
      <w:br/>
      <w:t>website www.worthmatraversparishcouncil.org.uk, email: clerk@ worthmatraversparishcouncil.gov.uk</w:t>
    </w:r>
  </w:p>
  <w:p w14:paraId="2B05B3FB" w14:textId="7FE162D5" w:rsidR="00D3313E" w:rsidRPr="00D3313E" w:rsidRDefault="00D3313E" w:rsidP="00AB63D1">
    <w:pPr>
      <w:pStyle w:val="Footer"/>
      <w:jc w:val="right"/>
      <w:rPr>
        <w:rFonts w:cstheme="minorHAnsi"/>
      </w:rPr>
    </w:pPr>
    <w:r w:rsidRPr="00E8125E">
      <w:rPr>
        <w:rFonts w:cstheme="minorHAnsi"/>
      </w:rPr>
      <w:t xml:space="preserve">Page </w:t>
    </w:r>
    <w:r w:rsidRPr="00E8125E">
      <w:rPr>
        <w:rFonts w:cstheme="minorHAnsi"/>
      </w:rPr>
      <w:fldChar w:fldCharType="begin"/>
    </w:r>
    <w:r w:rsidRPr="00E8125E">
      <w:rPr>
        <w:rFonts w:cstheme="minorHAnsi"/>
      </w:rPr>
      <w:instrText xml:space="preserve"> PAGE  \* Arabic  \* MERGEFORMAT </w:instrText>
    </w:r>
    <w:r w:rsidRPr="00E8125E">
      <w:rPr>
        <w:rFonts w:cstheme="minorHAnsi"/>
      </w:rPr>
      <w:fldChar w:fldCharType="separate"/>
    </w:r>
    <w:r>
      <w:rPr>
        <w:rFonts w:cstheme="minorHAnsi"/>
      </w:rPr>
      <w:t>1</w:t>
    </w:r>
    <w:r w:rsidRPr="00E8125E">
      <w:rPr>
        <w:rFonts w:cstheme="minorHAnsi"/>
      </w:rPr>
      <w:fldChar w:fldCharType="end"/>
    </w:r>
    <w:r w:rsidRPr="00E8125E">
      <w:rPr>
        <w:rFonts w:cstheme="minorHAnsi"/>
      </w:rPr>
      <w:t xml:space="preserve"> of </w:t>
    </w:r>
    <w:r w:rsidRPr="00E8125E">
      <w:rPr>
        <w:rFonts w:cstheme="minorHAnsi"/>
      </w:rPr>
      <w:fldChar w:fldCharType="begin"/>
    </w:r>
    <w:r w:rsidRPr="00E8125E">
      <w:rPr>
        <w:rFonts w:cstheme="minorHAnsi"/>
      </w:rPr>
      <w:instrText xml:space="preserve"> NUMPAGES  \* Arabic  \* MERGEFORMAT </w:instrText>
    </w:r>
    <w:r w:rsidRPr="00E8125E">
      <w:rPr>
        <w:rFonts w:cstheme="minorHAnsi"/>
      </w:rPr>
      <w:fldChar w:fldCharType="separate"/>
    </w:r>
    <w:r>
      <w:rPr>
        <w:rFonts w:cstheme="minorHAnsi"/>
      </w:rPr>
      <w:t>15</w:t>
    </w:r>
    <w:r w:rsidRPr="00E8125E">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EE771" w14:textId="77777777" w:rsidR="009D6563" w:rsidRDefault="009D6563" w:rsidP="00D3313E">
      <w:pPr>
        <w:spacing w:after="0" w:line="240" w:lineRule="auto"/>
      </w:pPr>
      <w:r>
        <w:separator/>
      </w:r>
    </w:p>
  </w:footnote>
  <w:footnote w:type="continuationSeparator" w:id="0">
    <w:p w14:paraId="70645143" w14:textId="77777777" w:rsidR="009D6563" w:rsidRDefault="009D6563" w:rsidP="00D331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AE95C" w14:textId="5D7A5D4C" w:rsidR="00D3313E" w:rsidRPr="00227423" w:rsidRDefault="00D3313E" w:rsidP="00D3313E">
    <w:pPr>
      <w:pStyle w:val="PageHeader"/>
    </w:pPr>
    <w:r w:rsidRPr="00227423">
      <mc:AlternateContent>
        <mc:Choice Requires="wps">
          <w:drawing>
            <wp:anchor distT="0" distB="0" distL="114300" distR="114300" simplePos="0" relativeHeight="251659264" behindDoc="0" locked="0" layoutInCell="1" allowOverlap="1" wp14:anchorId="77C39A4F" wp14:editId="2C1D8B49">
              <wp:simplePos x="0" y="0"/>
              <wp:positionH relativeFrom="column">
                <wp:posOffset>0</wp:posOffset>
              </wp:positionH>
              <wp:positionV relativeFrom="paragraph">
                <wp:posOffset>236220</wp:posOffset>
              </wp:positionV>
              <wp:extent cx="6657975" cy="0"/>
              <wp:effectExtent l="0" t="0" r="0" b="0"/>
              <wp:wrapNone/>
              <wp:docPr id="1318470547" name="Straight Connector 9"/>
              <wp:cNvGraphicFramePr/>
              <a:graphic xmlns:a="http://schemas.openxmlformats.org/drawingml/2006/main">
                <a:graphicData uri="http://schemas.microsoft.com/office/word/2010/wordprocessingShape">
                  <wps:wsp>
                    <wps:cNvCnPr/>
                    <wps:spPr>
                      <a:xfrm>
                        <a:off x="0" y="0"/>
                        <a:ext cx="6657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45AFD0"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8.6pt" to="524.2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" strokecolor="black [3040]"/>
          </w:pict>
        </mc:Fallback>
      </mc:AlternateContent>
    </w:r>
    <w:r w:rsidRPr="00227423">
      <w:t>Worth Matravers Parish Council</w:t>
    </w:r>
  </w:p>
  <w:p w14:paraId="3022467F" w14:textId="7B875562" w:rsidR="00D3313E" w:rsidRPr="00AB63D1" w:rsidRDefault="00210346" w:rsidP="00AB63D1">
    <w:pPr>
      <w:jc w:val="center"/>
      <w:rPr>
        <w:rFonts w:cstheme="minorHAnsi"/>
        <w:szCs w:val="24"/>
        <w:lang w:eastAsia="en-GB"/>
      </w:rPr>
    </w:pPr>
    <w:r>
      <w:rPr>
        <w:rFonts w:cstheme="minorHAnsi"/>
        <w:szCs w:val="24"/>
        <w:lang w:eastAsia="en-GB"/>
      </w:rPr>
      <w:t>Grant Awarding Policy</w:t>
    </w:r>
    <w:r w:rsidR="00D3313E" w:rsidRPr="00227423">
      <w:rPr>
        <w:rFonts w:cstheme="minorHAnsi"/>
        <w:szCs w:val="24"/>
        <w:lang w:eastAsia="en-GB"/>
      </w:rPr>
      <w:t xml:space="preserve"> – </w:t>
    </w:r>
    <w:r>
      <w:rPr>
        <w:rFonts w:cstheme="minorHAnsi"/>
        <w:szCs w:val="24"/>
        <w:lang w:eastAsia="en-GB"/>
      </w:rPr>
      <w:t>Proposed</w:t>
    </w:r>
    <w:r w:rsidR="00A50D9F">
      <w:rPr>
        <w:rFonts w:cstheme="minorHAnsi"/>
        <w:szCs w:val="24"/>
        <w:lang w:eastAsia="en-GB"/>
      </w:rPr>
      <w:t xml:space="preserve"> </w:t>
    </w:r>
    <w:r>
      <w:rPr>
        <w:rFonts w:cstheme="minorHAnsi"/>
        <w:szCs w:val="24"/>
        <w:lang w:eastAsia="en-GB"/>
      </w:rPr>
      <w:t>October</w:t>
    </w:r>
    <w:r w:rsidR="00A50D9F">
      <w:rPr>
        <w:rFonts w:cstheme="minorHAnsi"/>
        <w:szCs w:val="24"/>
        <w:lang w:eastAsia="en-GB"/>
      </w:rPr>
      <w:t xml:space="preserve"> </w:t>
    </w:r>
    <w:r w:rsidR="00D3313E" w:rsidRPr="00227423">
      <w:rPr>
        <w:rFonts w:cstheme="minorHAnsi"/>
        <w:szCs w:val="24"/>
        <w:lang w:eastAsia="en-GB"/>
      </w:rPr>
      <w:t>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4183EDB"/>
    <w:multiLevelType w:val="multilevel"/>
    <w:tmpl w:val="4832088C"/>
    <w:lvl w:ilvl="0">
      <w:start w:val="1"/>
      <w:numFmt w:val="decimal"/>
      <w:lvlText w:val="%1."/>
      <w:lvlJc w:val="left"/>
      <w:pPr>
        <w:ind w:left="571"/>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1">
      <w:start w:val="1"/>
      <w:numFmt w:val="decimal"/>
      <w:lvlText w:val="%1.%2"/>
      <w:lvlJc w:val="left"/>
      <w:pPr>
        <w:ind w:left="129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start w:val="1"/>
      <w:numFmt w:val="lowerLetter"/>
      <w:lvlText w:val="%3."/>
      <w:lvlJc w:val="left"/>
      <w:pPr>
        <w:ind w:left="166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start w:val="1"/>
      <w:numFmt w:val="decimal"/>
      <w:lvlText w:val="%4"/>
      <w:lvlJc w:val="left"/>
      <w:pPr>
        <w:ind w:left="165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start w:val="1"/>
      <w:numFmt w:val="lowerLetter"/>
      <w:lvlText w:val="%5"/>
      <w:lvlJc w:val="left"/>
      <w:pPr>
        <w:ind w:left="23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start w:val="1"/>
      <w:numFmt w:val="lowerRoman"/>
      <w:lvlText w:val="%6"/>
      <w:lvlJc w:val="left"/>
      <w:pPr>
        <w:ind w:left="309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start w:val="1"/>
      <w:numFmt w:val="decimal"/>
      <w:lvlText w:val="%7"/>
      <w:lvlJc w:val="left"/>
      <w:pPr>
        <w:ind w:left="381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start w:val="1"/>
      <w:numFmt w:val="lowerLetter"/>
      <w:lvlText w:val="%8"/>
      <w:lvlJc w:val="left"/>
      <w:pPr>
        <w:ind w:left="453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start w:val="1"/>
      <w:numFmt w:val="lowerRoman"/>
      <w:lvlText w:val="%9"/>
      <w:lvlJc w:val="left"/>
      <w:pPr>
        <w:ind w:left="525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3804432F"/>
    <w:multiLevelType w:val="hybridMultilevel"/>
    <w:tmpl w:val="5F6AD0E2"/>
    <w:lvl w:ilvl="0" w:tplc="175A6110">
      <w:start w:val="1"/>
      <w:numFmt w:val="decimal"/>
      <w:lvlText w:val="%1."/>
      <w:lvlJc w:val="left"/>
      <w:pPr>
        <w:ind w:left="571"/>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1" w:tplc="2910A952">
      <w:start w:val="1"/>
      <w:numFmt w:val="lowerLetter"/>
      <w:lvlText w:val="%2"/>
      <w:lvlJc w:val="left"/>
      <w:pPr>
        <w:ind w:left="1080"/>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2" w:tplc="4252B65C">
      <w:start w:val="1"/>
      <w:numFmt w:val="lowerRoman"/>
      <w:lvlText w:val="%3"/>
      <w:lvlJc w:val="left"/>
      <w:pPr>
        <w:ind w:left="1800"/>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3" w:tplc="8322320A">
      <w:start w:val="1"/>
      <w:numFmt w:val="decimal"/>
      <w:lvlText w:val="%4"/>
      <w:lvlJc w:val="left"/>
      <w:pPr>
        <w:ind w:left="2520"/>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4" w:tplc="0D606762">
      <w:start w:val="1"/>
      <w:numFmt w:val="lowerLetter"/>
      <w:lvlText w:val="%5"/>
      <w:lvlJc w:val="left"/>
      <w:pPr>
        <w:ind w:left="3240"/>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5" w:tplc="80023842">
      <w:start w:val="1"/>
      <w:numFmt w:val="lowerRoman"/>
      <w:lvlText w:val="%6"/>
      <w:lvlJc w:val="left"/>
      <w:pPr>
        <w:ind w:left="3960"/>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6" w:tplc="BF800DBC">
      <w:start w:val="1"/>
      <w:numFmt w:val="decimal"/>
      <w:lvlText w:val="%7"/>
      <w:lvlJc w:val="left"/>
      <w:pPr>
        <w:ind w:left="4680"/>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7" w:tplc="4EEAEF1C">
      <w:start w:val="1"/>
      <w:numFmt w:val="lowerLetter"/>
      <w:lvlText w:val="%8"/>
      <w:lvlJc w:val="left"/>
      <w:pPr>
        <w:ind w:left="5400"/>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8" w:tplc="B290E80E">
      <w:start w:val="1"/>
      <w:numFmt w:val="lowerRoman"/>
      <w:lvlText w:val="%9"/>
      <w:lvlJc w:val="left"/>
      <w:pPr>
        <w:ind w:left="6120"/>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61204D53"/>
    <w:multiLevelType w:val="hybridMultilevel"/>
    <w:tmpl w:val="69348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D03627"/>
    <w:multiLevelType w:val="hybridMultilevel"/>
    <w:tmpl w:val="72546A1E"/>
    <w:lvl w:ilvl="0" w:tplc="6AE0746A">
      <w:start w:val="1"/>
      <w:numFmt w:val="decimal"/>
      <w:lvlText w:val="%1."/>
      <w:lvlJc w:val="left"/>
      <w:pPr>
        <w:ind w:left="556"/>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1" w:tplc="8C3C797C">
      <w:start w:val="1"/>
      <w:numFmt w:val="lowerLetter"/>
      <w:lvlText w:val="%2"/>
      <w:lvlJc w:val="left"/>
      <w:pPr>
        <w:ind w:left="1215"/>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2" w:tplc="F1804238">
      <w:start w:val="1"/>
      <w:numFmt w:val="lowerRoman"/>
      <w:lvlText w:val="%3"/>
      <w:lvlJc w:val="left"/>
      <w:pPr>
        <w:ind w:left="1935"/>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3" w:tplc="EF7E42AE">
      <w:start w:val="1"/>
      <w:numFmt w:val="decimal"/>
      <w:lvlText w:val="%4"/>
      <w:lvlJc w:val="left"/>
      <w:pPr>
        <w:ind w:left="2655"/>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4" w:tplc="8772B5F8">
      <w:start w:val="1"/>
      <w:numFmt w:val="lowerLetter"/>
      <w:lvlText w:val="%5"/>
      <w:lvlJc w:val="left"/>
      <w:pPr>
        <w:ind w:left="3375"/>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5" w:tplc="98E625A8">
      <w:start w:val="1"/>
      <w:numFmt w:val="lowerRoman"/>
      <w:lvlText w:val="%6"/>
      <w:lvlJc w:val="left"/>
      <w:pPr>
        <w:ind w:left="4095"/>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6" w:tplc="0B96F39E">
      <w:start w:val="1"/>
      <w:numFmt w:val="decimal"/>
      <w:lvlText w:val="%7"/>
      <w:lvlJc w:val="left"/>
      <w:pPr>
        <w:ind w:left="4815"/>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7" w:tplc="74BE38E2">
      <w:start w:val="1"/>
      <w:numFmt w:val="lowerLetter"/>
      <w:lvlText w:val="%8"/>
      <w:lvlJc w:val="left"/>
      <w:pPr>
        <w:ind w:left="5535"/>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8" w:tplc="B45A6F14">
      <w:start w:val="1"/>
      <w:numFmt w:val="lowerRoman"/>
      <w:lvlText w:val="%9"/>
      <w:lvlJc w:val="left"/>
      <w:pPr>
        <w:ind w:left="6255"/>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abstractNum>
  <w:num w:numId="1" w16cid:durableId="1902058540">
    <w:abstractNumId w:val="8"/>
  </w:num>
  <w:num w:numId="2" w16cid:durableId="1559585323">
    <w:abstractNumId w:val="6"/>
  </w:num>
  <w:num w:numId="3" w16cid:durableId="1847211512">
    <w:abstractNumId w:val="5"/>
  </w:num>
  <w:num w:numId="4" w16cid:durableId="1029184096">
    <w:abstractNumId w:val="4"/>
  </w:num>
  <w:num w:numId="5" w16cid:durableId="1639141438">
    <w:abstractNumId w:val="7"/>
  </w:num>
  <w:num w:numId="6" w16cid:durableId="322662231">
    <w:abstractNumId w:val="3"/>
  </w:num>
  <w:num w:numId="7" w16cid:durableId="1059284501">
    <w:abstractNumId w:val="2"/>
  </w:num>
  <w:num w:numId="8" w16cid:durableId="462237133">
    <w:abstractNumId w:val="1"/>
  </w:num>
  <w:num w:numId="9" w16cid:durableId="1333341641">
    <w:abstractNumId w:val="0"/>
  </w:num>
  <w:num w:numId="10" w16cid:durableId="973145857">
    <w:abstractNumId w:val="11"/>
  </w:num>
  <w:num w:numId="11" w16cid:durableId="605046174">
    <w:abstractNumId w:val="9"/>
  </w:num>
  <w:num w:numId="12" w16cid:durableId="1036928333">
    <w:abstractNumId w:val="10"/>
  </w:num>
  <w:num w:numId="13" w16cid:durableId="9487775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3F51"/>
    <w:rsid w:val="001F56A5"/>
    <w:rsid w:val="00210346"/>
    <w:rsid w:val="0029639D"/>
    <w:rsid w:val="002C68B1"/>
    <w:rsid w:val="0030194C"/>
    <w:rsid w:val="00326F90"/>
    <w:rsid w:val="003B5240"/>
    <w:rsid w:val="003C2999"/>
    <w:rsid w:val="00594CEA"/>
    <w:rsid w:val="0059504B"/>
    <w:rsid w:val="00605043"/>
    <w:rsid w:val="00635305"/>
    <w:rsid w:val="00660EA3"/>
    <w:rsid w:val="0069664D"/>
    <w:rsid w:val="006C4721"/>
    <w:rsid w:val="006D1A88"/>
    <w:rsid w:val="006F613E"/>
    <w:rsid w:val="0070606A"/>
    <w:rsid w:val="007A43F7"/>
    <w:rsid w:val="00815DF9"/>
    <w:rsid w:val="008639BC"/>
    <w:rsid w:val="009C0B9B"/>
    <w:rsid w:val="009C1BE5"/>
    <w:rsid w:val="009D6563"/>
    <w:rsid w:val="00A50D9F"/>
    <w:rsid w:val="00A50DAB"/>
    <w:rsid w:val="00AA1D8D"/>
    <w:rsid w:val="00AA49ED"/>
    <w:rsid w:val="00AB63D1"/>
    <w:rsid w:val="00B47730"/>
    <w:rsid w:val="00BD25FE"/>
    <w:rsid w:val="00C207D9"/>
    <w:rsid w:val="00C46043"/>
    <w:rsid w:val="00CB0664"/>
    <w:rsid w:val="00D1417F"/>
    <w:rsid w:val="00D3313E"/>
    <w:rsid w:val="00DB334C"/>
    <w:rsid w:val="00F355FD"/>
    <w:rsid w:val="00F763A3"/>
    <w:rsid w:val="00FC68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4A67EA"/>
  <w14:defaultImageDpi w14:val="300"/>
  <w15:docId w15:val="{44C15F09-F9E5-483D-9DFF-A8E1745BB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geHeader">
    <w:name w:val="Page Header"/>
    <w:qFormat/>
    <w:rsid w:val="00D3313E"/>
    <w:pPr>
      <w:spacing w:after="0" w:line="240" w:lineRule="auto"/>
      <w:jc w:val="center"/>
    </w:pPr>
    <w:rPr>
      <w:rFonts w:cstheme="minorHAnsi"/>
      <w:noProof/>
      <w:color w:val="008080"/>
      <w:sz w:val="32"/>
      <w:szCs w:val="32"/>
      <w:lang w:val="en-GB" w:eastAsia="en-GB"/>
    </w:rPr>
  </w:style>
  <w:style w:type="table" w:customStyle="1" w:styleId="TableGrid0">
    <w:name w:val="TableGrid"/>
    <w:rsid w:val="00210346"/>
    <w:pPr>
      <w:spacing w:after="0" w:line="240" w:lineRule="auto"/>
    </w:pPr>
    <w:rPr>
      <w:kern w:val="2"/>
      <w:sz w:val="24"/>
      <w:szCs w:val="24"/>
      <w:lang w:val="en-GB"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2533</Words>
  <Characters>14442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Parish Clerk</cp:lastModifiedBy>
  <cp:revision>9</cp:revision>
  <cp:lastPrinted>2025-09-23T14:31:00Z</cp:lastPrinted>
  <dcterms:created xsi:type="dcterms:W3CDTF">2025-09-17T09:03:00Z</dcterms:created>
  <dcterms:modified xsi:type="dcterms:W3CDTF">2025-09-23T14:56:00Z</dcterms:modified>
  <cp:category/>
</cp:coreProperties>
</file>